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80E93" w14:textId="77777777" w:rsidR="009B4716" w:rsidRDefault="009B4716" w:rsidP="009B4716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  <w:r w:rsidRPr="00F938B4">
        <w:rPr>
          <w:rFonts w:ascii="Calibri" w:hAnsi="Calibri" w:cs="Calibri"/>
          <w:b/>
          <w:sz w:val="24"/>
          <w:szCs w:val="24"/>
          <w:lang w:val="it-IT"/>
        </w:rPr>
        <w:t xml:space="preserve">BANDO PER L’ASSEGNAZIONE IN LOCAZIONE DEL “CHIOSCO BAR” E DEI CAMPI DA BOCCE E BEACH VOLLEY, DI PROPRIETÀ DEL COMUNE DI PAITONE SITO IN VIA FEDERICO BRAGA </w:t>
      </w:r>
      <w:r>
        <w:rPr>
          <w:rFonts w:ascii="Calibri" w:hAnsi="Calibri" w:cs="Calibri"/>
          <w:b/>
          <w:sz w:val="24"/>
          <w:szCs w:val="24"/>
          <w:lang w:val="it-IT"/>
        </w:rPr>
        <w:t>SNC</w:t>
      </w:r>
    </w:p>
    <w:p w14:paraId="4D43FCC9" w14:textId="77777777" w:rsidR="009B4716" w:rsidRDefault="009B4716" w:rsidP="009B4716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</w:p>
    <w:p w14:paraId="391BD541" w14:textId="52D920BF" w:rsidR="00674F75" w:rsidRPr="00B60DD4" w:rsidRDefault="009B4716" w:rsidP="009B4716">
      <w:pPr>
        <w:spacing w:after="16"/>
        <w:jc w:val="both"/>
        <w:rPr>
          <w:rFonts w:ascii="Calibri" w:hAnsi="Calibri" w:cs="Calibri"/>
          <w:sz w:val="24"/>
          <w:szCs w:val="24"/>
          <w:lang w:val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ALLEGATO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4 - </w:t>
      </w:r>
      <w:r w:rsidR="00674F75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ab/>
        <w:t>OFFERTA ECONOMICA</w:t>
      </w:r>
    </w:p>
    <w:p w14:paraId="7BD0F560" w14:textId="3E8093CA" w:rsidR="00674F75" w:rsidRPr="00B60DD4" w:rsidRDefault="00674F75" w:rsidP="00674F7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Il/La sottoscritto/a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Cognome e Nome: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Nato/a a ____________________________ il 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Residente in ____________________________ (____) – via/piazza _________________________________Codice fiscale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In qualità di: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Titolare di impresa individuale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Legale rappresentante / Amministratore munito di poteri di rappresentanza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Procuratore (allega procura)</w:t>
      </w:r>
    </w:p>
    <w:p w14:paraId="1A62711E" w14:textId="77777777" w:rsidR="00674F75" w:rsidRPr="00B60DD4" w:rsidRDefault="00674F75" w:rsidP="00674F7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della Ditta / Ente / Associazione / Società: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 Denominazione: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Sede legale in ____________________________ (____) – via/piazza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Partita IVA / C.F.: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PEC: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Telefono: ____________________________</w:t>
      </w:r>
    </w:p>
    <w:p w14:paraId="6629E715" w14:textId="77777777" w:rsidR="00B7410A" w:rsidRPr="00674F75" w:rsidRDefault="00B7410A">
      <w:pPr>
        <w:rPr>
          <w:lang w:val="it-IT"/>
        </w:rPr>
      </w:pPr>
    </w:p>
    <w:p w14:paraId="70930631" w14:textId="77777777" w:rsidR="00B7410A" w:rsidRPr="00674F75" w:rsidRDefault="001E6C51">
      <w:pPr>
        <w:pStyle w:val="Titolo1"/>
        <w:rPr>
          <w:rFonts w:ascii="Calibri" w:hAnsi="Calibri" w:cs="Calibri"/>
          <w:color w:val="auto"/>
          <w:lang w:val="it-IT"/>
        </w:rPr>
      </w:pPr>
      <w:r w:rsidRPr="00674F75">
        <w:rPr>
          <w:rFonts w:ascii="Calibri" w:hAnsi="Calibri" w:cs="Calibri"/>
          <w:color w:val="auto"/>
          <w:lang w:val="it-IT"/>
        </w:rPr>
        <w:t>Canone annuo offerto (in cifre e lettere)</w:t>
      </w:r>
    </w:p>
    <w:p w14:paraId="56617FE4" w14:textId="77777777" w:rsidR="00674F75" w:rsidRPr="009B4716" w:rsidRDefault="00674F75">
      <w:pPr>
        <w:rPr>
          <w:rFonts w:ascii="Calibri" w:hAnsi="Calibri" w:cs="Calibri"/>
          <w:sz w:val="24"/>
          <w:szCs w:val="24"/>
          <w:lang w:val="it-IT"/>
        </w:rPr>
      </w:pPr>
    </w:p>
    <w:p w14:paraId="53616DCD" w14:textId="73194275" w:rsidR="00B7410A" w:rsidRPr="009B4716" w:rsidRDefault="00674F75">
      <w:pPr>
        <w:rPr>
          <w:rFonts w:ascii="Calibri" w:hAnsi="Calibri" w:cs="Calibri"/>
          <w:sz w:val="24"/>
          <w:szCs w:val="24"/>
          <w:lang w:val="it-IT"/>
        </w:rPr>
      </w:pPr>
      <w:r w:rsidRPr="009B4716">
        <w:rPr>
          <w:rFonts w:ascii="Calibri" w:hAnsi="Calibri" w:cs="Calibri"/>
          <w:sz w:val="24"/>
          <w:szCs w:val="24"/>
          <w:lang w:val="it-IT"/>
        </w:rPr>
        <w:t xml:space="preserve">€. </w:t>
      </w:r>
      <w:r w:rsidR="001E6C51" w:rsidRPr="009B4716">
        <w:rPr>
          <w:rFonts w:ascii="Calibri" w:hAnsi="Calibri" w:cs="Calibri"/>
          <w:sz w:val="24"/>
          <w:szCs w:val="24"/>
          <w:lang w:val="it-IT"/>
        </w:rPr>
        <w:t>.....................................</w:t>
      </w:r>
      <w:r w:rsidRPr="009B4716">
        <w:rPr>
          <w:rFonts w:ascii="Calibri" w:hAnsi="Calibri" w:cs="Calibri"/>
          <w:sz w:val="24"/>
          <w:szCs w:val="24"/>
          <w:lang w:val="it-IT"/>
        </w:rPr>
        <w:t xml:space="preserve">  (</w:t>
      </w:r>
      <w:r w:rsidR="009B4716" w:rsidRPr="009B4716">
        <w:rPr>
          <w:rFonts w:ascii="Calibri" w:hAnsi="Calibri" w:cs="Calibri"/>
          <w:sz w:val="24"/>
          <w:szCs w:val="24"/>
          <w:lang w:val="it-IT"/>
        </w:rPr>
        <w:t>euro …………………………………………………………….</w:t>
      </w:r>
      <w:r w:rsidR="001E6C51" w:rsidRPr="009B4716">
        <w:rPr>
          <w:rFonts w:ascii="Calibri" w:hAnsi="Calibri" w:cs="Calibri"/>
          <w:sz w:val="24"/>
          <w:szCs w:val="24"/>
          <w:lang w:val="it-IT"/>
        </w:rPr>
        <w:t>......................</w:t>
      </w:r>
      <w:r w:rsidRPr="009B4716">
        <w:rPr>
          <w:rFonts w:ascii="Calibri" w:hAnsi="Calibri" w:cs="Calibri"/>
          <w:sz w:val="24"/>
          <w:szCs w:val="24"/>
          <w:lang w:val="it-IT"/>
        </w:rPr>
        <w:t>)</w:t>
      </w:r>
    </w:p>
    <w:p w14:paraId="5BBE2FCE" w14:textId="77777777" w:rsidR="00B7410A" w:rsidRPr="009B4716" w:rsidRDefault="00B7410A">
      <w:pPr>
        <w:rPr>
          <w:lang w:val="it-IT"/>
        </w:rPr>
      </w:pPr>
    </w:p>
    <w:p w14:paraId="03D4F8FF" w14:textId="77777777" w:rsidR="001E6C51" w:rsidRPr="009B4716" w:rsidRDefault="001E6C51" w:rsidP="001E6C51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1C6104E3" w14:textId="2B176569" w:rsidR="001E6C51" w:rsidRPr="00B60DD4" w:rsidRDefault="001E6C51" w:rsidP="001E6C51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Lì, _____________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del dichiarante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</w:p>
    <w:p w14:paraId="51053F6C" w14:textId="66FADBB4" w:rsidR="001E6C51" w:rsidRPr="009B4716" w:rsidRDefault="009B4716" w:rsidP="001E6C51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_____________________________________</w:t>
      </w:r>
    </w:p>
    <w:p w14:paraId="6B8D6054" w14:textId="77777777" w:rsidR="00B7410A" w:rsidRPr="009B4716" w:rsidRDefault="00B7410A">
      <w:pPr>
        <w:rPr>
          <w:lang w:val="it-IT"/>
        </w:rPr>
      </w:pPr>
    </w:p>
    <w:sectPr w:rsidR="00B7410A" w:rsidRPr="009B471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16728361">
    <w:abstractNumId w:val="8"/>
  </w:num>
  <w:num w:numId="2" w16cid:durableId="359164641">
    <w:abstractNumId w:val="6"/>
  </w:num>
  <w:num w:numId="3" w16cid:durableId="1950309412">
    <w:abstractNumId w:val="5"/>
  </w:num>
  <w:num w:numId="4" w16cid:durableId="2086561043">
    <w:abstractNumId w:val="4"/>
  </w:num>
  <w:num w:numId="5" w16cid:durableId="1272859095">
    <w:abstractNumId w:val="7"/>
  </w:num>
  <w:num w:numId="6" w16cid:durableId="2015263538">
    <w:abstractNumId w:val="3"/>
  </w:num>
  <w:num w:numId="7" w16cid:durableId="1033459912">
    <w:abstractNumId w:val="2"/>
  </w:num>
  <w:num w:numId="8" w16cid:durableId="363364213">
    <w:abstractNumId w:val="1"/>
  </w:num>
  <w:num w:numId="9" w16cid:durableId="988748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E6C51"/>
    <w:rsid w:val="0029639D"/>
    <w:rsid w:val="00326F90"/>
    <w:rsid w:val="00674F75"/>
    <w:rsid w:val="009818F5"/>
    <w:rsid w:val="009B4716"/>
    <w:rsid w:val="00AA1D8D"/>
    <w:rsid w:val="00AC1D36"/>
    <w:rsid w:val="00B47730"/>
    <w:rsid w:val="00B7410A"/>
    <w:rsid w:val="00C97712"/>
    <w:rsid w:val="00CB0664"/>
    <w:rsid w:val="00E87D8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AF1DEC"/>
  <w14:defaultImageDpi w14:val="300"/>
  <w15:docId w15:val="{7F0B6F17-4DF1-4C98-9C91-E5BA1403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5</cp:revision>
  <dcterms:created xsi:type="dcterms:W3CDTF">2013-12-23T23:15:00Z</dcterms:created>
  <dcterms:modified xsi:type="dcterms:W3CDTF">2025-12-30T16:47:00Z</dcterms:modified>
  <cp:category/>
</cp:coreProperties>
</file>