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DE979" w14:textId="57A9266A" w:rsidR="00F938B4" w:rsidRDefault="00F938B4" w:rsidP="00F938B4">
      <w:pPr>
        <w:spacing w:after="0"/>
        <w:jc w:val="both"/>
        <w:rPr>
          <w:rFonts w:ascii="Calibri" w:hAnsi="Calibri" w:cs="Calibri"/>
          <w:b/>
          <w:sz w:val="24"/>
          <w:szCs w:val="24"/>
          <w:lang w:val="it-IT"/>
        </w:rPr>
      </w:pPr>
      <w:r w:rsidRPr="00F938B4">
        <w:rPr>
          <w:rFonts w:ascii="Calibri" w:hAnsi="Calibri" w:cs="Calibri"/>
          <w:b/>
          <w:sz w:val="24"/>
          <w:szCs w:val="24"/>
          <w:lang w:val="it-IT"/>
        </w:rPr>
        <w:t xml:space="preserve">BANDO PER L’ASSEGNAZIONE IN LOCAZIONE DEL “CHIOSCO BAR” E DEI CAMPI DA BOCCE E BEACH VOLLEY, DI PROPRIETÀ DEL COMUNE DI PAITONE SITO IN VIA FEDERICO BRAGA </w:t>
      </w:r>
      <w:r>
        <w:rPr>
          <w:rFonts w:ascii="Calibri" w:hAnsi="Calibri" w:cs="Calibri"/>
          <w:b/>
          <w:sz w:val="24"/>
          <w:szCs w:val="24"/>
          <w:lang w:val="it-IT"/>
        </w:rPr>
        <w:t>SNC</w:t>
      </w:r>
    </w:p>
    <w:p w14:paraId="23C82400" w14:textId="77777777" w:rsidR="00F938B4" w:rsidRDefault="00F938B4" w:rsidP="00F938B4">
      <w:pPr>
        <w:spacing w:after="0"/>
        <w:jc w:val="both"/>
        <w:rPr>
          <w:rFonts w:ascii="Calibri" w:hAnsi="Calibri" w:cs="Calibri"/>
          <w:b/>
          <w:sz w:val="24"/>
          <w:szCs w:val="24"/>
          <w:lang w:val="it-IT"/>
        </w:rPr>
      </w:pPr>
    </w:p>
    <w:p w14:paraId="05C5F0A5" w14:textId="71F5E867" w:rsidR="00763DE4" w:rsidRPr="00763DE4" w:rsidRDefault="00F938B4" w:rsidP="00F938B4">
      <w:pPr>
        <w:spacing w:after="0"/>
        <w:jc w:val="both"/>
        <w:rPr>
          <w:rFonts w:ascii="Calibri" w:hAnsi="Calibri" w:cs="Calibri"/>
          <w:sz w:val="24"/>
          <w:szCs w:val="24"/>
          <w:lang w:val="it-IT"/>
        </w:rPr>
      </w:pPr>
      <w:r w:rsidRPr="00B60DD4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 xml:space="preserve">ALLEGATO </w:t>
      </w:r>
      <w:r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 xml:space="preserve">1  - </w:t>
      </w:r>
      <w:r w:rsidR="00763DE4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 xml:space="preserve">ISTANZA DI PARTECIPAZIONE </w:t>
      </w:r>
      <w:r w:rsidR="00763DE4" w:rsidRPr="00B60DD4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 xml:space="preserve"> </w:t>
      </w:r>
    </w:p>
    <w:p w14:paraId="6406F8C1" w14:textId="1DA7EB86" w:rsidR="00763DE4" w:rsidRPr="00B60DD4" w:rsidRDefault="00763DE4" w:rsidP="00763DE4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 w:rsidRPr="00B60DD4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>Il/La sottoscritto/a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Cognome e Nome: _________________________________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Nato/a a ____________________________ il 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Residente in ____________________________ (____) – via/piazza _________________________________Codice fiscale ____________________________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In qualità di: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</w:r>
      <w:r w:rsidRPr="00B60DD4">
        <w:rPr>
          <w:rFonts w:ascii="Segoe UI Symbol" w:eastAsia="Times New Roman" w:hAnsi="Segoe UI Symbol" w:cs="Segoe UI Symbol"/>
          <w:sz w:val="24"/>
          <w:szCs w:val="24"/>
          <w:lang w:val="it-IT" w:eastAsia="it-IT"/>
        </w:rPr>
        <w:t>☐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Titolare di impresa individuale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</w:r>
      <w:r w:rsidRPr="00B60DD4">
        <w:rPr>
          <w:rFonts w:ascii="Segoe UI Symbol" w:eastAsia="Times New Roman" w:hAnsi="Segoe UI Symbol" w:cs="Segoe UI Symbol"/>
          <w:sz w:val="24"/>
          <w:szCs w:val="24"/>
          <w:lang w:val="it-IT" w:eastAsia="it-IT"/>
        </w:rPr>
        <w:t>☐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Legale rappresentante / Amministratore munito di poteri di rappresentanza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</w:r>
      <w:r w:rsidRPr="00B60DD4">
        <w:rPr>
          <w:rFonts w:ascii="Segoe UI Symbol" w:eastAsia="Times New Roman" w:hAnsi="Segoe UI Symbol" w:cs="Segoe UI Symbol"/>
          <w:sz w:val="24"/>
          <w:szCs w:val="24"/>
          <w:lang w:val="it-IT" w:eastAsia="it-IT"/>
        </w:rPr>
        <w:t>☐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Procuratore (allega procura)</w:t>
      </w:r>
    </w:p>
    <w:p w14:paraId="7A81FBD8" w14:textId="77777777" w:rsidR="00763DE4" w:rsidRPr="00A70FEF" w:rsidRDefault="00763DE4" w:rsidP="00763DE4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 w:rsidRPr="00B60DD4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>della Ditta / Ente / Associazione / Società: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 xml:space="preserve"> Denominazione: _________________________________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Sede legale in ____________________________ (____) – via/piazza _________________________________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Partita IVA / C.F.: ____________________________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PEC: ____________________________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Telefono: ____________________________</w:t>
      </w:r>
    </w:p>
    <w:p w14:paraId="67A797B6" w14:textId="77777777" w:rsidR="00763DE4" w:rsidRDefault="00763DE4" w:rsidP="00763DE4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</w:pPr>
      <w:r w:rsidRPr="00B60DD4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>consapevole delle sanzioni penali previste in caso di dichiarazioni mendaci, così come stabilito dall’art. 76 del DPR 445/2000, e ai sensi degli articoli 46 e 47 del medesimo DPR, sotto la propria responsabilità:</w:t>
      </w:r>
    </w:p>
    <w:p w14:paraId="2373FFE7" w14:textId="351DEF3C" w:rsidR="00763DE4" w:rsidRPr="00A70FEF" w:rsidRDefault="00763DE4" w:rsidP="00763DE4">
      <w:pPr>
        <w:widowControl w:val="0"/>
        <w:autoSpaceDE w:val="0"/>
        <w:autoSpaceDN w:val="0"/>
        <w:spacing w:after="0" w:line="240" w:lineRule="auto"/>
        <w:ind w:right="-7"/>
        <w:jc w:val="center"/>
        <w:rPr>
          <w:rFonts w:ascii="Calibri" w:eastAsia="Calibri" w:hAnsi="Calibri" w:cs="Calibri"/>
          <w:b/>
          <w:bCs/>
          <w:sz w:val="24"/>
          <w:szCs w:val="28"/>
          <w:lang w:val="it-IT"/>
        </w:rPr>
      </w:pPr>
      <w:r w:rsidRPr="00A70FEF">
        <w:rPr>
          <w:rFonts w:ascii="Calibri" w:eastAsia="Calibri" w:hAnsi="Calibri" w:cs="Calibri"/>
          <w:b/>
          <w:bCs/>
          <w:sz w:val="24"/>
          <w:szCs w:val="28"/>
          <w:lang w:val="it-IT"/>
        </w:rPr>
        <w:t>CHIEDE</w:t>
      </w:r>
      <w:r w:rsidRPr="00A70FEF">
        <w:rPr>
          <w:rFonts w:ascii="Calibri" w:eastAsia="Calibri" w:hAnsi="Calibri" w:cs="Calibri"/>
          <w:b/>
          <w:bCs/>
          <w:spacing w:val="-3"/>
          <w:sz w:val="24"/>
          <w:szCs w:val="28"/>
          <w:lang w:val="it-IT"/>
        </w:rPr>
        <w:t xml:space="preserve"> </w:t>
      </w:r>
      <w:r w:rsidRPr="00A70FEF">
        <w:rPr>
          <w:rFonts w:ascii="Calibri" w:eastAsia="Calibri" w:hAnsi="Calibri" w:cs="Calibri"/>
          <w:b/>
          <w:bCs/>
          <w:sz w:val="24"/>
          <w:szCs w:val="28"/>
          <w:lang w:val="it-IT"/>
        </w:rPr>
        <w:t>DI</w:t>
      </w:r>
      <w:r w:rsidRPr="00A70FEF">
        <w:rPr>
          <w:rFonts w:ascii="Calibri" w:eastAsia="Calibri" w:hAnsi="Calibri" w:cs="Calibri"/>
          <w:b/>
          <w:bCs/>
          <w:spacing w:val="-4"/>
          <w:sz w:val="24"/>
          <w:szCs w:val="28"/>
          <w:lang w:val="it-IT"/>
        </w:rPr>
        <w:t xml:space="preserve"> </w:t>
      </w:r>
      <w:r w:rsidRPr="00A70FEF">
        <w:rPr>
          <w:rFonts w:ascii="Calibri" w:eastAsia="Calibri" w:hAnsi="Calibri" w:cs="Calibri"/>
          <w:b/>
          <w:bCs/>
          <w:sz w:val="24"/>
          <w:szCs w:val="28"/>
          <w:lang w:val="it-IT"/>
        </w:rPr>
        <w:t>PARTECIPARE</w:t>
      </w:r>
      <w:r w:rsidRPr="00A70FEF">
        <w:rPr>
          <w:rFonts w:ascii="Calibri" w:eastAsia="Calibri" w:hAnsi="Calibri" w:cs="Calibri"/>
          <w:b/>
          <w:bCs/>
          <w:spacing w:val="-3"/>
          <w:sz w:val="24"/>
          <w:szCs w:val="28"/>
          <w:lang w:val="it-IT"/>
        </w:rPr>
        <w:t xml:space="preserve"> </w:t>
      </w:r>
      <w:r w:rsidRPr="00A70FEF">
        <w:rPr>
          <w:rFonts w:ascii="Calibri" w:eastAsia="Calibri" w:hAnsi="Calibri" w:cs="Calibri"/>
          <w:b/>
          <w:bCs/>
          <w:sz w:val="24"/>
          <w:szCs w:val="28"/>
          <w:lang w:val="it-IT"/>
        </w:rPr>
        <w:t>ALLA</w:t>
      </w:r>
      <w:r w:rsidRPr="00A70FEF">
        <w:rPr>
          <w:rFonts w:ascii="Calibri" w:eastAsia="Calibri" w:hAnsi="Calibri" w:cs="Calibri"/>
          <w:b/>
          <w:bCs/>
          <w:spacing w:val="-1"/>
          <w:sz w:val="24"/>
          <w:szCs w:val="28"/>
          <w:lang w:val="it-IT"/>
        </w:rPr>
        <w:t xml:space="preserve"> </w:t>
      </w:r>
      <w:r w:rsidRPr="00A70FEF">
        <w:rPr>
          <w:rFonts w:ascii="Calibri" w:eastAsia="Calibri" w:hAnsi="Calibri" w:cs="Calibri"/>
          <w:b/>
          <w:bCs/>
          <w:sz w:val="24"/>
          <w:szCs w:val="28"/>
          <w:lang w:val="it-IT"/>
        </w:rPr>
        <w:t>PROCEDURA</w:t>
      </w:r>
      <w:r w:rsidRPr="00A70FEF">
        <w:rPr>
          <w:rFonts w:ascii="Calibri" w:eastAsia="Calibri" w:hAnsi="Calibri" w:cs="Calibri"/>
          <w:b/>
          <w:bCs/>
          <w:spacing w:val="-4"/>
          <w:sz w:val="24"/>
          <w:szCs w:val="28"/>
          <w:lang w:val="it-IT"/>
        </w:rPr>
        <w:t xml:space="preserve"> </w:t>
      </w:r>
      <w:r w:rsidRPr="00A70FEF">
        <w:rPr>
          <w:rFonts w:ascii="Calibri" w:eastAsia="Calibri" w:hAnsi="Calibri" w:cs="Calibri"/>
          <w:b/>
          <w:bCs/>
          <w:sz w:val="24"/>
          <w:szCs w:val="28"/>
          <w:lang w:val="it-IT"/>
        </w:rPr>
        <w:t>IN</w:t>
      </w:r>
      <w:r w:rsidRPr="00A70FEF">
        <w:rPr>
          <w:rFonts w:ascii="Calibri" w:eastAsia="Calibri" w:hAnsi="Calibri" w:cs="Calibri"/>
          <w:b/>
          <w:bCs/>
          <w:spacing w:val="-2"/>
          <w:sz w:val="24"/>
          <w:szCs w:val="28"/>
          <w:lang w:val="it-IT"/>
        </w:rPr>
        <w:t xml:space="preserve"> </w:t>
      </w:r>
      <w:r w:rsidRPr="00A70FEF">
        <w:rPr>
          <w:rFonts w:ascii="Calibri" w:eastAsia="Calibri" w:hAnsi="Calibri" w:cs="Calibri"/>
          <w:b/>
          <w:bCs/>
          <w:sz w:val="24"/>
          <w:szCs w:val="28"/>
          <w:lang w:val="it-IT"/>
        </w:rPr>
        <w:t>OGGETTO</w:t>
      </w:r>
      <w:r w:rsidRPr="00A70FEF">
        <w:rPr>
          <w:rFonts w:ascii="Calibri" w:eastAsia="Calibri" w:hAnsi="Calibri" w:cs="Calibri"/>
          <w:b/>
          <w:bCs/>
          <w:spacing w:val="-1"/>
          <w:sz w:val="24"/>
          <w:szCs w:val="28"/>
          <w:lang w:val="it-IT"/>
        </w:rPr>
        <w:t xml:space="preserve"> </w:t>
      </w:r>
      <w:r w:rsidRPr="00A70FEF">
        <w:rPr>
          <w:rFonts w:ascii="Calibri" w:eastAsia="Calibri" w:hAnsi="Calibri" w:cs="Calibri"/>
          <w:b/>
          <w:bCs/>
          <w:sz w:val="24"/>
          <w:szCs w:val="28"/>
          <w:lang w:val="it-IT"/>
        </w:rPr>
        <w:t>COME</w:t>
      </w:r>
    </w:p>
    <w:p w14:paraId="342D1224" w14:textId="77777777" w:rsidR="00763DE4" w:rsidRPr="00A70FEF" w:rsidRDefault="00763DE4" w:rsidP="00763DE4">
      <w:pPr>
        <w:widowControl w:val="0"/>
        <w:autoSpaceDE w:val="0"/>
        <w:autoSpaceDN w:val="0"/>
        <w:spacing w:before="1" w:after="0" w:line="240" w:lineRule="auto"/>
        <w:rPr>
          <w:rFonts w:ascii="Calibri" w:eastAsia="Calibri" w:hAnsi="Calibri" w:cs="Calibri"/>
          <w:sz w:val="15"/>
          <w:lang w:val="it-IT"/>
        </w:rPr>
      </w:pPr>
    </w:p>
    <w:p w14:paraId="401DC505" w14:textId="77777777" w:rsidR="00763DE4" w:rsidRPr="00A70FEF" w:rsidRDefault="00763DE4" w:rsidP="00763DE4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sz w:val="15"/>
          <w:lang w:val="it-IT"/>
        </w:rPr>
        <w:sectPr w:rsidR="00763DE4" w:rsidRPr="00A70FEF" w:rsidSect="00763DE4">
          <w:headerReference w:type="default" r:id="rId8"/>
          <w:pgSz w:w="11900" w:h="16840" w:code="9"/>
          <w:pgMar w:top="1417" w:right="1134" w:bottom="1134" w:left="1134" w:header="766" w:footer="1006" w:gutter="0"/>
          <w:pgNumType w:start="1"/>
          <w:cols w:space="720"/>
        </w:sectPr>
      </w:pPr>
    </w:p>
    <w:p w14:paraId="511C37C4" w14:textId="77777777" w:rsidR="00763DE4" w:rsidRPr="00A70FEF" w:rsidRDefault="00763DE4" w:rsidP="00763DE4">
      <w:pPr>
        <w:widowControl w:val="0"/>
        <w:numPr>
          <w:ilvl w:val="0"/>
          <w:numId w:val="11"/>
        </w:numPr>
        <w:tabs>
          <w:tab w:val="left" w:pos="843"/>
        </w:tabs>
        <w:autoSpaceDE w:val="0"/>
        <w:autoSpaceDN w:val="0"/>
        <w:spacing w:after="0"/>
        <w:rPr>
          <w:rFonts w:ascii="Calibri" w:eastAsia="Calibri" w:hAnsi="Calibri" w:cs="Calibri"/>
          <w:lang w:val="it-IT"/>
        </w:rPr>
      </w:pPr>
      <w:r w:rsidRPr="00A70FEF">
        <w:rPr>
          <w:rFonts w:ascii="Calibri" w:eastAsia="Calibri" w:hAnsi="Calibri" w:cs="Calibri"/>
          <w:lang w:val="it-IT"/>
        </w:rPr>
        <w:t>concorrente</w:t>
      </w:r>
      <w:r w:rsidRPr="00A70FEF">
        <w:rPr>
          <w:rFonts w:ascii="Calibri" w:eastAsia="Calibri" w:hAnsi="Calibri" w:cs="Calibri"/>
          <w:spacing w:val="-3"/>
          <w:lang w:val="it-IT"/>
        </w:rPr>
        <w:t xml:space="preserve"> </w:t>
      </w:r>
      <w:r w:rsidRPr="00A70FEF">
        <w:rPr>
          <w:rFonts w:ascii="Calibri" w:eastAsia="Calibri" w:hAnsi="Calibri" w:cs="Calibri"/>
          <w:lang w:val="it-IT"/>
        </w:rPr>
        <w:t>singolo;</w:t>
      </w:r>
    </w:p>
    <w:p w14:paraId="42944A12" w14:textId="77777777" w:rsidR="00763DE4" w:rsidRPr="00A70FEF" w:rsidRDefault="00763DE4" w:rsidP="00763DE4">
      <w:pPr>
        <w:widowControl w:val="0"/>
        <w:numPr>
          <w:ilvl w:val="0"/>
          <w:numId w:val="11"/>
        </w:numPr>
        <w:tabs>
          <w:tab w:val="left" w:pos="833"/>
        </w:tabs>
        <w:autoSpaceDE w:val="0"/>
        <w:autoSpaceDN w:val="0"/>
        <w:spacing w:after="0"/>
        <w:rPr>
          <w:rFonts w:ascii="Calibri" w:eastAsia="Calibri" w:hAnsi="Calibri" w:cs="Calibri"/>
          <w:lang w:val="it-IT"/>
        </w:rPr>
      </w:pPr>
      <w:r w:rsidRPr="00A70FEF">
        <w:rPr>
          <w:rFonts w:ascii="Calibri" w:eastAsia="Calibri" w:hAnsi="Calibri" w:cs="Calibri"/>
          <w:lang w:val="it-IT"/>
        </w:rPr>
        <w:t>mandatario,</w:t>
      </w:r>
      <w:r w:rsidRPr="00A70FEF">
        <w:rPr>
          <w:rFonts w:ascii="Calibri" w:eastAsia="Calibri" w:hAnsi="Calibri" w:cs="Calibri"/>
          <w:spacing w:val="-4"/>
          <w:lang w:val="it-IT"/>
        </w:rPr>
        <w:t xml:space="preserve"> </w:t>
      </w:r>
      <w:r w:rsidRPr="00A70FEF">
        <w:rPr>
          <w:rFonts w:ascii="Calibri" w:eastAsia="Calibri" w:hAnsi="Calibri" w:cs="Calibri"/>
          <w:lang w:val="it-IT"/>
        </w:rPr>
        <w:t>capogruppo</w:t>
      </w:r>
      <w:r w:rsidRPr="00A70FEF">
        <w:rPr>
          <w:rFonts w:ascii="Calibri" w:eastAsia="Calibri" w:hAnsi="Calibri" w:cs="Calibri"/>
          <w:spacing w:val="-5"/>
          <w:lang w:val="it-IT"/>
        </w:rPr>
        <w:t xml:space="preserve"> </w:t>
      </w:r>
      <w:r w:rsidRPr="00A70FEF">
        <w:rPr>
          <w:rFonts w:ascii="Calibri" w:eastAsia="Calibri" w:hAnsi="Calibri" w:cs="Calibri"/>
          <w:lang w:val="it-IT"/>
        </w:rPr>
        <w:t>di</w:t>
      </w:r>
      <w:r>
        <w:rPr>
          <w:rFonts w:ascii="Calibri" w:eastAsia="Calibri" w:hAnsi="Calibri" w:cs="Calibri"/>
          <w:lang w:val="it-IT"/>
        </w:rPr>
        <w:t xml:space="preserve"> Raggruppamento Temporaneo</w:t>
      </w:r>
    </w:p>
    <w:p w14:paraId="4DEA75A5" w14:textId="77777777" w:rsidR="00763DE4" w:rsidRDefault="00763DE4" w:rsidP="00763DE4">
      <w:pPr>
        <w:widowControl w:val="0"/>
        <w:numPr>
          <w:ilvl w:val="0"/>
          <w:numId w:val="11"/>
        </w:numPr>
        <w:tabs>
          <w:tab w:val="left" w:pos="843"/>
        </w:tabs>
        <w:autoSpaceDE w:val="0"/>
        <w:autoSpaceDN w:val="0"/>
        <w:spacing w:after="0"/>
        <w:ind w:right="1328"/>
        <w:jc w:val="both"/>
        <w:rPr>
          <w:rFonts w:ascii="Calibri" w:eastAsia="Calibri" w:hAnsi="Calibri" w:cs="Calibri"/>
          <w:lang w:val="it-IT"/>
        </w:rPr>
      </w:pPr>
      <w:r w:rsidRPr="00A70FEF">
        <w:rPr>
          <w:rFonts w:ascii="Calibri" w:eastAsia="Calibri" w:hAnsi="Calibri" w:cs="Calibri"/>
          <w:lang w:val="it-IT"/>
        </w:rPr>
        <w:t>mandante in</w:t>
      </w:r>
      <w:r w:rsidRPr="00A70FEF">
        <w:rPr>
          <w:rFonts w:ascii="Calibri" w:eastAsia="Calibri" w:hAnsi="Calibri" w:cs="Calibri"/>
          <w:spacing w:val="-47"/>
          <w:lang w:val="it-IT"/>
        </w:rPr>
        <w:t xml:space="preserve"> </w:t>
      </w:r>
      <w:r>
        <w:rPr>
          <w:rFonts w:ascii="Calibri" w:eastAsia="Calibri" w:hAnsi="Calibri" w:cs="Calibri"/>
          <w:lang w:val="it-IT"/>
        </w:rPr>
        <w:t>_____</w:t>
      </w:r>
    </w:p>
    <w:p w14:paraId="36B0245E" w14:textId="77777777" w:rsidR="00763DE4" w:rsidRDefault="00763DE4" w:rsidP="00763DE4">
      <w:pPr>
        <w:widowControl w:val="0"/>
        <w:tabs>
          <w:tab w:val="left" w:pos="843"/>
        </w:tabs>
        <w:autoSpaceDE w:val="0"/>
        <w:autoSpaceDN w:val="0"/>
        <w:spacing w:after="0"/>
        <w:ind w:right="1328"/>
        <w:rPr>
          <w:rFonts w:ascii="Calibri" w:eastAsia="Calibri" w:hAnsi="Calibri" w:cs="Calibri"/>
          <w:b/>
          <w:bCs/>
          <w:sz w:val="24"/>
          <w:szCs w:val="24"/>
          <w:lang w:val="it-IT"/>
        </w:rPr>
      </w:pPr>
      <w:r>
        <w:rPr>
          <w:rFonts w:ascii="Calibri" w:eastAsia="Calibri" w:hAnsi="Calibri" w:cs="Calibri"/>
          <w:b/>
          <w:bCs/>
          <w:sz w:val="24"/>
          <w:szCs w:val="24"/>
          <w:lang w:val="it-IT"/>
        </w:rPr>
        <w:t xml:space="preserve"> e a tal fine</w:t>
      </w:r>
    </w:p>
    <w:p w14:paraId="1E6FF36E" w14:textId="77777777" w:rsidR="00763DE4" w:rsidRPr="00A70FEF" w:rsidRDefault="00763DE4" w:rsidP="00763DE4">
      <w:pPr>
        <w:widowControl w:val="0"/>
        <w:tabs>
          <w:tab w:val="left" w:pos="843"/>
        </w:tabs>
        <w:autoSpaceDE w:val="0"/>
        <w:autoSpaceDN w:val="0"/>
        <w:spacing w:after="0" w:line="240" w:lineRule="auto"/>
        <w:ind w:right="1328"/>
        <w:jc w:val="center"/>
        <w:rPr>
          <w:rFonts w:ascii="Calibri" w:eastAsia="Calibri" w:hAnsi="Calibri" w:cs="Calibri"/>
          <w:lang w:val="it-IT"/>
        </w:rPr>
      </w:pPr>
      <w:r w:rsidRPr="00A70FEF">
        <w:rPr>
          <w:rFonts w:ascii="Calibri" w:eastAsia="Calibri" w:hAnsi="Calibri" w:cs="Calibri"/>
          <w:b/>
          <w:bCs/>
          <w:sz w:val="24"/>
          <w:szCs w:val="24"/>
          <w:lang w:val="it-IT"/>
        </w:rPr>
        <w:t>D</w:t>
      </w:r>
      <w:r w:rsidRPr="00A70FEF">
        <w:rPr>
          <w:rFonts w:ascii="Calibri" w:eastAsia="Calibri" w:hAnsi="Calibri" w:cs="Calibri"/>
          <w:b/>
          <w:bCs/>
          <w:spacing w:val="1"/>
          <w:sz w:val="24"/>
          <w:szCs w:val="24"/>
          <w:lang w:val="it-IT"/>
        </w:rPr>
        <w:t xml:space="preserve"> </w:t>
      </w:r>
      <w:r w:rsidRPr="00A70FEF">
        <w:rPr>
          <w:rFonts w:ascii="Calibri" w:eastAsia="Calibri" w:hAnsi="Calibri" w:cs="Calibri"/>
          <w:b/>
          <w:bCs/>
          <w:sz w:val="24"/>
          <w:szCs w:val="24"/>
          <w:lang w:val="it-IT"/>
        </w:rPr>
        <w:t>I</w:t>
      </w:r>
      <w:r w:rsidRPr="00A70FEF">
        <w:rPr>
          <w:rFonts w:ascii="Calibri" w:eastAsia="Calibri" w:hAnsi="Calibri" w:cs="Calibri"/>
          <w:b/>
          <w:bCs/>
          <w:spacing w:val="1"/>
          <w:sz w:val="24"/>
          <w:szCs w:val="24"/>
          <w:lang w:val="it-IT"/>
        </w:rPr>
        <w:t xml:space="preserve"> </w:t>
      </w:r>
      <w:r w:rsidRPr="00A70FEF">
        <w:rPr>
          <w:rFonts w:ascii="Calibri" w:eastAsia="Calibri" w:hAnsi="Calibri" w:cs="Calibri"/>
          <w:b/>
          <w:bCs/>
          <w:sz w:val="24"/>
          <w:szCs w:val="24"/>
          <w:lang w:val="it-IT"/>
        </w:rPr>
        <w:t>C H</w:t>
      </w:r>
      <w:r w:rsidRPr="00A70FEF">
        <w:rPr>
          <w:rFonts w:ascii="Calibri" w:eastAsia="Calibri" w:hAnsi="Calibri" w:cs="Calibri"/>
          <w:b/>
          <w:bCs/>
          <w:spacing w:val="-2"/>
          <w:sz w:val="24"/>
          <w:szCs w:val="24"/>
          <w:lang w:val="it-IT"/>
        </w:rPr>
        <w:t xml:space="preserve"> </w:t>
      </w:r>
      <w:r w:rsidRPr="00A70FEF">
        <w:rPr>
          <w:rFonts w:ascii="Calibri" w:eastAsia="Calibri" w:hAnsi="Calibri" w:cs="Calibri"/>
          <w:b/>
          <w:bCs/>
          <w:sz w:val="24"/>
          <w:szCs w:val="24"/>
          <w:lang w:val="it-IT"/>
        </w:rPr>
        <w:t>I A R</w:t>
      </w:r>
      <w:r w:rsidRPr="00A70FEF">
        <w:rPr>
          <w:rFonts w:ascii="Calibri" w:eastAsia="Calibri" w:hAnsi="Calibri" w:cs="Calibri"/>
          <w:b/>
          <w:bCs/>
          <w:spacing w:val="-1"/>
          <w:sz w:val="24"/>
          <w:szCs w:val="24"/>
          <w:lang w:val="it-IT"/>
        </w:rPr>
        <w:t xml:space="preserve"> </w:t>
      </w:r>
      <w:r w:rsidRPr="00A70FEF">
        <w:rPr>
          <w:rFonts w:ascii="Calibri" w:eastAsia="Calibri" w:hAnsi="Calibri" w:cs="Calibri"/>
          <w:b/>
          <w:bCs/>
          <w:sz w:val="24"/>
          <w:szCs w:val="24"/>
          <w:lang w:val="it-IT"/>
        </w:rPr>
        <w:t>A</w:t>
      </w:r>
    </w:p>
    <w:p w14:paraId="47DA8F2A" w14:textId="77777777" w:rsidR="00763DE4" w:rsidRPr="00A70FEF" w:rsidRDefault="00763DE4" w:rsidP="00763DE4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lang w:val="it-IT"/>
        </w:rPr>
        <w:sectPr w:rsidR="00763DE4" w:rsidRPr="00A70FEF" w:rsidSect="00763DE4">
          <w:type w:val="continuous"/>
          <w:pgSz w:w="11900" w:h="16840" w:code="9"/>
          <w:pgMar w:top="1417" w:right="1134" w:bottom="1134" w:left="1134" w:header="720" w:footer="720" w:gutter="0"/>
          <w:cols w:space="276"/>
        </w:sectPr>
      </w:pPr>
    </w:p>
    <w:p w14:paraId="26B30DAF" w14:textId="77777777" w:rsidR="00763DE4" w:rsidRDefault="00763DE4" w:rsidP="00763DE4">
      <w:pPr>
        <w:widowControl w:val="0"/>
        <w:numPr>
          <w:ilvl w:val="0"/>
          <w:numId w:val="10"/>
        </w:numPr>
        <w:tabs>
          <w:tab w:val="left" w:pos="648"/>
        </w:tabs>
        <w:autoSpaceDE w:val="0"/>
        <w:autoSpaceDN w:val="0"/>
        <w:spacing w:before="126" w:after="0" w:line="240" w:lineRule="auto"/>
        <w:outlineLvl w:val="0"/>
        <w:rPr>
          <w:rFonts w:ascii="Calibri" w:eastAsia="Calibri" w:hAnsi="Calibri" w:cs="Calibri"/>
          <w:b/>
          <w:bCs/>
          <w:lang w:val="it-IT"/>
        </w:rPr>
        <w:sectPr w:rsidR="00763DE4" w:rsidSect="00763DE4">
          <w:type w:val="continuous"/>
          <w:pgSz w:w="11900" w:h="16840" w:code="9"/>
          <w:pgMar w:top="1417" w:right="1134" w:bottom="1134" w:left="1134" w:header="720" w:footer="720" w:gutter="0"/>
          <w:cols w:space="720"/>
        </w:sectPr>
      </w:pPr>
    </w:p>
    <w:p w14:paraId="3E20BABB" w14:textId="77777777" w:rsidR="00763DE4" w:rsidRPr="00A70FEF" w:rsidRDefault="00763DE4" w:rsidP="00763DE4">
      <w:pPr>
        <w:widowControl w:val="0"/>
        <w:numPr>
          <w:ilvl w:val="0"/>
          <w:numId w:val="10"/>
        </w:numPr>
        <w:tabs>
          <w:tab w:val="left" w:pos="648"/>
        </w:tabs>
        <w:autoSpaceDE w:val="0"/>
        <w:autoSpaceDN w:val="0"/>
        <w:spacing w:after="0" w:line="240" w:lineRule="auto"/>
        <w:outlineLvl w:val="0"/>
        <w:rPr>
          <w:rFonts w:ascii="Calibri" w:eastAsia="Calibri" w:hAnsi="Calibri" w:cs="Calibri"/>
          <w:b/>
          <w:bCs/>
          <w:lang w:val="it-IT"/>
        </w:rPr>
      </w:pPr>
      <w:r w:rsidRPr="00A70FEF">
        <w:rPr>
          <w:rFonts w:ascii="Calibri" w:eastAsia="Calibri" w:hAnsi="Calibri" w:cs="Calibri"/>
          <w:b/>
          <w:bCs/>
          <w:lang w:val="it-IT"/>
        </w:rPr>
        <w:t>COMPOSIZIONE</w:t>
      </w:r>
      <w:r w:rsidRPr="00A70FEF">
        <w:rPr>
          <w:rFonts w:ascii="Calibri" w:eastAsia="Calibri" w:hAnsi="Calibri" w:cs="Calibri"/>
          <w:b/>
          <w:bCs/>
          <w:spacing w:val="-4"/>
          <w:lang w:val="it-IT"/>
        </w:rPr>
        <w:t xml:space="preserve"> </w:t>
      </w:r>
      <w:r w:rsidRPr="00A70FEF">
        <w:rPr>
          <w:rFonts w:ascii="Calibri" w:eastAsia="Calibri" w:hAnsi="Calibri" w:cs="Calibri"/>
          <w:b/>
          <w:bCs/>
          <w:lang w:val="it-IT"/>
        </w:rPr>
        <w:t>DEL</w:t>
      </w:r>
      <w:r w:rsidRPr="00A70FEF">
        <w:rPr>
          <w:rFonts w:ascii="Calibri" w:eastAsia="Calibri" w:hAnsi="Calibri" w:cs="Calibri"/>
          <w:b/>
          <w:bCs/>
          <w:spacing w:val="-4"/>
          <w:lang w:val="it-IT"/>
        </w:rPr>
        <w:t xml:space="preserve"> </w:t>
      </w:r>
      <w:r w:rsidRPr="00A70FEF">
        <w:rPr>
          <w:rFonts w:ascii="Calibri" w:eastAsia="Calibri" w:hAnsi="Calibri" w:cs="Calibri"/>
          <w:b/>
          <w:bCs/>
          <w:lang w:val="it-IT"/>
        </w:rPr>
        <w:t>SOGGETTO</w:t>
      </w:r>
      <w:r w:rsidRPr="00A70FEF">
        <w:rPr>
          <w:rFonts w:ascii="Calibri" w:eastAsia="Calibri" w:hAnsi="Calibri" w:cs="Calibri"/>
          <w:b/>
          <w:bCs/>
          <w:spacing w:val="-3"/>
          <w:lang w:val="it-IT"/>
        </w:rPr>
        <w:t xml:space="preserve"> </w:t>
      </w:r>
      <w:r w:rsidRPr="00A70FEF">
        <w:rPr>
          <w:rFonts w:ascii="Calibri" w:eastAsia="Calibri" w:hAnsi="Calibri" w:cs="Calibri"/>
          <w:b/>
          <w:bCs/>
          <w:lang w:val="it-IT"/>
        </w:rPr>
        <w:t>PARTECIPANTE</w:t>
      </w:r>
    </w:p>
    <w:p w14:paraId="08A86EB4" w14:textId="77777777" w:rsidR="00763DE4" w:rsidRPr="00A70FEF" w:rsidRDefault="00763DE4" w:rsidP="00763DE4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b/>
          <w:lang w:val="it-IT"/>
        </w:rPr>
      </w:pPr>
    </w:p>
    <w:p w14:paraId="40ABAFE7" w14:textId="77777777" w:rsidR="00763DE4" w:rsidRPr="00A70FEF" w:rsidRDefault="00763DE4" w:rsidP="00F938B4">
      <w:pPr>
        <w:widowControl w:val="0"/>
        <w:numPr>
          <w:ilvl w:val="1"/>
          <w:numId w:val="10"/>
        </w:numPr>
        <w:tabs>
          <w:tab w:val="left" w:pos="622"/>
        </w:tabs>
        <w:autoSpaceDE w:val="0"/>
        <w:autoSpaceDN w:val="0"/>
        <w:spacing w:before="1" w:after="0" w:line="453" w:lineRule="auto"/>
        <w:ind w:left="287" w:right="276" w:firstLine="0"/>
        <w:rPr>
          <w:rFonts w:ascii="Calibri" w:eastAsia="Calibri" w:hAnsi="Calibri" w:cs="Calibri"/>
          <w:lang w:val="it-IT"/>
        </w:rPr>
      </w:pPr>
      <w:r w:rsidRPr="00A70FEF">
        <w:rPr>
          <w:rFonts w:ascii="Calibri" w:eastAsia="Calibri" w:hAnsi="Calibri" w:cs="Calibri"/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95CF7D7" wp14:editId="3E9CBDF6">
                <wp:simplePos x="0" y="0"/>
                <wp:positionH relativeFrom="page">
                  <wp:posOffset>650875</wp:posOffset>
                </wp:positionH>
                <wp:positionV relativeFrom="paragraph">
                  <wp:posOffset>527050</wp:posOffset>
                </wp:positionV>
                <wp:extent cx="6195060" cy="1358265"/>
                <wp:effectExtent l="0" t="0" r="0" b="0"/>
                <wp:wrapNone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5060" cy="1358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728"/>
                              <w:gridCol w:w="1351"/>
                              <w:gridCol w:w="1135"/>
                              <w:gridCol w:w="1418"/>
                              <w:gridCol w:w="1701"/>
                              <w:gridCol w:w="2407"/>
                            </w:tblGrid>
                            <w:tr w:rsidR="00763DE4" w14:paraId="09830269" w14:textId="77777777">
                              <w:trPr>
                                <w:trHeight w:val="618"/>
                              </w:trPr>
                              <w:tc>
                                <w:tcPr>
                                  <w:tcW w:w="1728" w:type="dxa"/>
                                </w:tcPr>
                                <w:p w14:paraId="75648BEC" w14:textId="77777777" w:rsidR="00763DE4" w:rsidRDefault="00763DE4">
                                  <w:pPr>
                                    <w:pStyle w:val="TableParagraph"/>
                                    <w:spacing w:before="37"/>
                                    <w:ind w:left="78"/>
                                  </w:pPr>
                                  <w:r>
                                    <w:t>Cognome</w:t>
                                  </w: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2D58D359" w14:textId="77777777" w:rsidR="00763DE4" w:rsidRDefault="00763DE4">
                                  <w:pPr>
                                    <w:pStyle w:val="TableParagraph"/>
                                    <w:spacing w:before="37"/>
                                    <w:ind w:left="78"/>
                                  </w:pPr>
                                  <w:r>
                                    <w:t>Nome</w:t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</w:tcPr>
                                <w:p w14:paraId="43B0C57D" w14:textId="77777777" w:rsidR="00763DE4" w:rsidRDefault="00763DE4">
                                  <w:pPr>
                                    <w:pStyle w:val="TableParagraph"/>
                                    <w:spacing w:before="16" w:line="290" w:lineRule="atLeast"/>
                                    <w:ind w:left="79" w:right="396"/>
                                  </w:pPr>
                                  <w:r>
                                    <w:t>Data</w:t>
                                  </w:r>
                                  <w:r>
                                    <w:rPr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t>nascita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6F95232D" w14:textId="77777777" w:rsidR="00763DE4" w:rsidRDefault="00763DE4">
                                  <w:pPr>
                                    <w:pStyle w:val="TableParagraph"/>
                                    <w:spacing w:before="16" w:line="290" w:lineRule="atLeast"/>
                                    <w:ind w:left="79" w:right="679"/>
                                  </w:pPr>
                                  <w:r>
                                    <w:t>Luogo</w:t>
                                  </w:r>
                                  <w:r>
                                    <w:rPr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t>nascita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14:paraId="47735C39" w14:textId="77777777" w:rsidR="00763DE4" w:rsidRDefault="00763DE4">
                                  <w:pPr>
                                    <w:pStyle w:val="TableParagraph"/>
                                    <w:spacing w:before="37"/>
                                    <w:ind w:left="77"/>
                                  </w:pPr>
                                  <w:r>
                                    <w:t>Carica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Sociale</w:t>
                                  </w:r>
                                </w:p>
                              </w:tc>
                              <w:tc>
                                <w:tcPr>
                                  <w:tcW w:w="2407" w:type="dxa"/>
                                </w:tcPr>
                                <w:p w14:paraId="2FA5DFAF" w14:textId="77777777" w:rsidR="00763DE4" w:rsidRDefault="00763DE4">
                                  <w:pPr>
                                    <w:pStyle w:val="TableParagraph"/>
                                    <w:spacing w:before="37"/>
                                    <w:ind w:left="77"/>
                                  </w:pPr>
                                  <w:r>
                                    <w:t>Relativa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scadenza</w:t>
                                  </w:r>
                                </w:p>
                              </w:tc>
                            </w:tr>
                            <w:tr w:rsidR="00763DE4" w14:paraId="5E0CF7C5" w14:textId="77777777">
                              <w:trPr>
                                <w:trHeight w:val="491"/>
                              </w:trPr>
                              <w:tc>
                                <w:tcPr>
                                  <w:tcW w:w="1728" w:type="dxa"/>
                                </w:tcPr>
                                <w:p w14:paraId="020034B7" w14:textId="77777777" w:rsidR="00763DE4" w:rsidRDefault="00763D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5CF2F74B" w14:textId="77777777" w:rsidR="00763DE4" w:rsidRDefault="00763D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5" w:type="dxa"/>
                                </w:tcPr>
                                <w:p w14:paraId="7005D588" w14:textId="77777777" w:rsidR="00763DE4" w:rsidRDefault="00763D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ADDB8B8" w14:textId="77777777" w:rsidR="00763DE4" w:rsidRDefault="00763D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14:paraId="17043D7E" w14:textId="77777777" w:rsidR="00763DE4" w:rsidRDefault="00763D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7" w:type="dxa"/>
                                </w:tcPr>
                                <w:p w14:paraId="18B7CBAA" w14:textId="77777777" w:rsidR="00763DE4" w:rsidRDefault="00763D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763DE4" w14:paraId="75ECB8E3" w14:textId="77777777">
                              <w:trPr>
                                <w:trHeight w:val="489"/>
                              </w:trPr>
                              <w:tc>
                                <w:tcPr>
                                  <w:tcW w:w="1728" w:type="dxa"/>
                                </w:tcPr>
                                <w:p w14:paraId="328A378E" w14:textId="77777777" w:rsidR="00763DE4" w:rsidRDefault="00763D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7B820724" w14:textId="77777777" w:rsidR="00763DE4" w:rsidRDefault="00763D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5" w:type="dxa"/>
                                </w:tcPr>
                                <w:p w14:paraId="4658F7FF" w14:textId="77777777" w:rsidR="00763DE4" w:rsidRDefault="00763D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5E2EDEA8" w14:textId="77777777" w:rsidR="00763DE4" w:rsidRDefault="00763D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14:paraId="4720B7E2" w14:textId="77777777" w:rsidR="00763DE4" w:rsidRDefault="00763D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7" w:type="dxa"/>
                                </w:tcPr>
                                <w:p w14:paraId="4D3B45AC" w14:textId="77777777" w:rsidR="00763DE4" w:rsidRDefault="00763D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763DE4" w14:paraId="6B28D25A" w14:textId="77777777">
                              <w:trPr>
                                <w:trHeight w:val="489"/>
                              </w:trPr>
                              <w:tc>
                                <w:tcPr>
                                  <w:tcW w:w="1728" w:type="dxa"/>
                                </w:tcPr>
                                <w:p w14:paraId="157DE1C4" w14:textId="77777777" w:rsidR="00763DE4" w:rsidRDefault="00763D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194AD514" w14:textId="77777777" w:rsidR="00763DE4" w:rsidRDefault="00763D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5" w:type="dxa"/>
                                </w:tcPr>
                                <w:p w14:paraId="66DD0E92" w14:textId="77777777" w:rsidR="00763DE4" w:rsidRDefault="00763D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4984DA9E" w14:textId="77777777" w:rsidR="00763DE4" w:rsidRDefault="00763D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14:paraId="08C3C89A" w14:textId="77777777" w:rsidR="00763DE4" w:rsidRDefault="00763D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7" w:type="dxa"/>
                                </w:tcPr>
                                <w:p w14:paraId="59F37052" w14:textId="77777777" w:rsidR="00763DE4" w:rsidRDefault="00763D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81ABB5D" w14:textId="77777777" w:rsidR="00763DE4" w:rsidRDefault="00763DE4" w:rsidP="00763DE4">
                            <w:pPr>
                              <w:pStyle w:val="Corpotes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5CF7D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51.25pt;margin-top:41.5pt;width:487.8pt;height:106.9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728"/>
                        <w:gridCol w:w="1351"/>
                        <w:gridCol w:w="1135"/>
                        <w:gridCol w:w="1418"/>
                        <w:gridCol w:w="1701"/>
                        <w:gridCol w:w="2407"/>
                      </w:tblGrid>
                      <w:tr w:rsidR="00763DE4" w14:paraId="09830269" w14:textId="77777777">
                        <w:trPr>
                          <w:trHeight w:val="618"/>
                        </w:trPr>
                        <w:tc>
                          <w:tcPr>
                            <w:tcW w:w="1728" w:type="dxa"/>
                          </w:tcPr>
                          <w:p w14:paraId="75648BEC" w14:textId="77777777" w:rsidR="00763DE4" w:rsidRDefault="00763DE4">
                            <w:pPr>
                              <w:pStyle w:val="TableParagraph"/>
                              <w:spacing w:before="37"/>
                              <w:ind w:left="78"/>
                            </w:pPr>
                            <w:r>
                              <w:t>Cognome</w:t>
                            </w:r>
                          </w:p>
                        </w:tc>
                        <w:tc>
                          <w:tcPr>
                            <w:tcW w:w="1351" w:type="dxa"/>
                          </w:tcPr>
                          <w:p w14:paraId="2D58D359" w14:textId="77777777" w:rsidR="00763DE4" w:rsidRDefault="00763DE4">
                            <w:pPr>
                              <w:pStyle w:val="TableParagraph"/>
                              <w:spacing w:before="37"/>
                              <w:ind w:left="78"/>
                            </w:pPr>
                            <w:r>
                              <w:t>Nome</w:t>
                            </w:r>
                          </w:p>
                        </w:tc>
                        <w:tc>
                          <w:tcPr>
                            <w:tcW w:w="1135" w:type="dxa"/>
                          </w:tcPr>
                          <w:p w14:paraId="43B0C57D" w14:textId="77777777" w:rsidR="00763DE4" w:rsidRDefault="00763DE4">
                            <w:pPr>
                              <w:pStyle w:val="TableParagraph"/>
                              <w:spacing w:before="16" w:line="290" w:lineRule="atLeast"/>
                              <w:ind w:left="79" w:right="396"/>
                            </w:pPr>
                            <w:r>
                              <w:t>Data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nascita</w:t>
                            </w:r>
                          </w:p>
                        </w:tc>
                        <w:tc>
                          <w:tcPr>
                            <w:tcW w:w="1418" w:type="dxa"/>
                          </w:tcPr>
                          <w:p w14:paraId="6F95232D" w14:textId="77777777" w:rsidR="00763DE4" w:rsidRDefault="00763DE4">
                            <w:pPr>
                              <w:pStyle w:val="TableParagraph"/>
                              <w:spacing w:before="16" w:line="290" w:lineRule="atLeast"/>
                              <w:ind w:left="79" w:right="679"/>
                            </w:pPr>
                            <w:r>
                              <w:t>Luogo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nascita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14:paraId="47735C39" w14:textId="77777777" w:rsidR="00763DE4" w:rsidRDefault="00763DE4">
                            <w:pPr>
                              <w:pStyle w:val="TableParagraph"/>
                              <w:spacing w:before="37"/>
                              <w:ind w:left="77"/>
                            </w:pPr>
                            <w:r>
                              <w:t>Carica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Sociale</w:t>
                            </w:r>
                          </w:p>
                        </w:tc>
                        <w:tc>
                          <w:tcPr>
                            <w:tcW w:w="2407" w:type="dxa"/>
                          </w:tcPr>
                          <w:p w14:paraId="2FA5DFAF" w14:textId="77777777" w:rsidR="00763DE4" w:rsidRDefault="00763DE4">
                            <w:pPr>
                              <w:pStyle w:val="TableParagraph"/>
                              <w:spacing w:before="37"/>
                              <w:ind w:left="77"/>
                            </w:pPr>
                            <w:r>
                              <w:t>Relativa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scadenza</w:t>
                            </w:r>
                          </w:p>
                        </w:tc>
                      </w:tr>
                      <w:tr w:rsidR="00763DE4" w14:paraId="5E0CF7C5" w14:textId="77777777">
                        <w:trPr>
                          <w:trHeight w:val="491"/>
                        </w:trPr>
                        <w:tc>
                          <w:tcPr>
                            <w:tcW w:w="1728" w:type="dxa"/>
                          </w:tcPr>
                          <w:p w14:paraId="020034B7" w14:textId="77777777" w:rsidR="00763DE4" w:rsidRDefault="00763D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5CF2F74B" w14:textId="77777777" w:rsidR="00763DE4" w:rsidRDefault="00763D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135" w:type="dxa"/>
                          </w:tcPr>
                          <w:p w14:paraId="7005D588" w14:textId="77777777" w:rsidR="00763DE4" w:rsidRDefault="00763D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ADDB8B8" w14:textId="77777777" w:rsidR="00763DE4" w:rsidRDefault="00763D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</w:tcPr>
                          <w:p w14:paraId="17043D7E" w14:textId="77777777" w:rsidR="00763DE4" w:rsidRDefault="00763D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407" w:type="dxa"/>
                          </w:tcPr>
                          <w:p w14:paraId="18B7CBAA" w14:textId="77777777" w:rsidR="00763DE4" w:rsidRDefault="00763D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763DE4" w14:paraId="75ECB8E3" w14:textId="77777777">
                        <w:trPr>
                          <w:trHeight w:val="489"/>
                        </w:trPr>
                        <w:tc>
                          <w:tcPr>
                            <w:tcW w:w="1728" w:type="dxa"/>
                          </w:tcPr>
                          <w:p w14:paraId="328A378E" w14:textId="77777777" w:rsidR="00763DE4" w:rsidRDefault="00763D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7B820724" w14:textId="77777777" w:rsidR="00763DE4" w:rsidRDefault="00763D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135" w:type="dxa"/>
                          </w:tcPr>
                          <w:p w14:paraId="4658F7FF" w14:textId="77777777" w:rsidR="00763DE4" w:rsidRDefault="00763D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5E2EDEA8" w14:textId="77777777" w:rsidR="00763DE4" w:rsidRDefault="00763D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</w:tcPr>
                          <w:p w14:paraId="4720B7E2" w14:textId="77777777" w:rsidR="00763DE4" w:rsidRDefault="00763D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407" w:type="dxa"/>
                          </w:tcPr>
                          <w:p w14:paraId="4D3B45AC" w14:textId="77777777" w:rsidR="00763DE4" w:rsidRDefault="00763D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763DE4" w14:paraId="6B28D25A" w14:textId="77777777">
                        <w:trPr>
                          <w:trHeight w:val="489"/>
                        </w:trPr>
                        <w:tc>
                          <w:tcPr>
                            <w:tcW w:w="1728" w:type="dxa"/>
                          </w:tcPr>
                          <w:p w14:paraId="157DE1C4" w14:textId="77777777" w:rsidR="00763DE4" w:rsidRDefault="00763D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194AD514" w14:textId="77777777" w:rsidR="00763DE4" w:rsidRDefault="00763D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135" w:type="dxa"/>
                          </w:tcPr>
                          <w:p w14:paraId="66DD0E92" w14:textId="77777777" w:rsidR="00763DE4" w:rsidRDefault="00763D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4984DA9E" w14:textId="77777777" w:rsidR="00763DE4" w:rsidRDefault="00763D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</w:tcPr>
                          <w:p w14:paraId="08C3C89A" w14:textId="77777777" w:rsidR="00763DE4" w:rsidRDefault="00763D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407" w:type="dxa"/>
                          </w:tcPr>
                          <w:p w14:paraId="59F37052" w14:textId="77777777" w:rsidR="00763DE4" w:rsidRDefault="00763D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181ABB5D" w14:textId="77777777" w:rsidR="00763DE4" w:rsidRDefault="00763DE4" w:rsidP="00763DE4">
                      <w:pPr>
                        <w:pStyle w:val="Corpotes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A70FEF">
        <w:rPr>
          <w:rFonts w:ascii="Calibri" w:eastAsia="Calibri" w:hAnsi="Calibri" w:cs="Calibri"/>
          <w:lang w:val="it-IT"/>
        </w:rPr>
        <w:t>che i dati relativi ai propri organi sono i seguenti:</w:t>
      </w:r>
      <w:r w:rsidRPr="00A70FEF">
        <w:rPr>
          <w:rFonts w:ascii="Calibri" w:eastAsia="Calibri" w:hAnsi="Calibri" w:cs="Calibri"/>
          <w:spacing w:val="-48"/>
          <w:lang w:val="it-IT"/>
        </w:rPr>
        <w:t xml:space="preserve"> </w:t>
      </w:r>
      <w:r w:rsidRPr="00A70FEF">
        <w:rPr>
          <w:rFonts w:ascii="Calibri" w:eastAsia="Calibri" w:hAnsi="Calibri" w:cs="Calibri"/>
          <w:lang w:val="it-IT"/>
        </w:rPr>
        <w:t>AMMINISTRATORI</w:t>
      </w:r>
    </w:p>
    <w:p w14:paraId="158819D2" w14:textId="77777777" w:rsidR="00763DE4" w:rsidRPr="00A70FEF" w:rsidRDefault="00763DE4" w:rsidP="00763DE4">
      <w:pPr>
        <w:widowControl w:val="0"/>
        <w:autoSpaceDE w:val="0"/>
        <w:autoSpaceDN w:val="0"/>
        <w:spacing w:after="0" w:line="453" w:lineRule="auto"/>
        <w:rPr>
          <w:rFonts w:ascii="Calibri" w:eastAsia="Calibri" w:hAnsi="Calibri" w:cs="Calibri"/>
          <w:lang w:val="it-IT"/>
        </w:rPr>
        <w:sectPr w:rsidR="00763DE4" w:rsidRPr="00A70FEF" w:rsidSect="00763DE4">
          <w:type w:val="continuous"/>
          <w:pgSz w:w="11900" w:h="16840" w:code="9"/>
          <w:pgMar w:top="1417" w:right="1134" w:bottom="1134" w:left="1134" w:header="720" w:footer="720" w:gutter="0"/>
          <w:cols w:space="720"/>
        </w:sectPr>
      </w:pPr>
    </w:p>
    <w:p w14:paraId="21534C28" w14:textId="77777777" w:rsidR="00763DE4" w:rsidRPr="00A70FEF" w:rsidRDefault="00763DE4" w:rsidP="00763DE4">
      <w:pPr>
        <w:widowControl w:val="0"/>
        <w:autoSpaceDE w:val="0"/>
        <w:autoSpaceDN w:val="0"/>
        <w:spacing w:before="59" w:after="54" w:line="240" w:lineRule="auto"/>
        <w:ind w:left="287"/>
        <w:rPr>
          <w:rFonts w:ascii="Calibri" w:eastAsia="Calibri" w:hAnsi="Calibri" w:cs="Calibri"/>
          <w:lang w:val="it-IT"/>
        </w:rPr>
      </w:pPr>
      <w:r w:rsidRPr="00A70FEF">
        <w:rPr>
          <w:rFonts w:ascii="Calibri" w:eastAsia="Calibri" w:hAnsi="Calibri" w:cs="Calibri"/>
          <w:lang w:val="it-IT"/>
        </w:rPr>
        <w:lastRenderedPageBreak/>
        <w:t>PROCURATORI</w:t>
      </w:r>
      <w:r w:rsidRPr="00A70FEF">
        <w:rPr>
          <w:rFonts w:ascii="Calibri" w:eastAsia="Calibri" w:hAnsi="Calibri" w:cs="Calibri"/>
          <w:spacing w:val="-1"/>
          <w:lang w:val="it-IT"/>
        </w:rPr>
        <w:t xml:space="preserve"> </w:t>
      </w:r>
      <w:r w:rsidRPr="00A70FEF">
        <w:rPr>
          <w:rFonts w:ascii="Calibri" w:eastAsia="Calibri" w:hAnsi="Calibri" w:cs="Calibri"/>
          <w:lang w:val="it-IT"/>
        </w:rPr>
        <w:t>CON</w:t>
      </w:r>
      <w:r w:rsidRPr="00A70FEF">
        <w:rPr>
          <w:rFonts w:ascii="Calibri" w:eastAsia="Calibri" w:hAnsi="Calibri" w:cs="Calibri"/>
          <w:spacing w:val="-4"/>
          <w:lang w:val="it-IT"/>
        </w:rPr>
        <w:t xml:space="preserve"> </w:t>
      </w:r>
      <w:r w:rsidRPr="00A70FEF">
        <w:rPr>
          <w:rFonts w:ascii="Calibri" w:eastAsia="Calibri" w:hAnsi="Calibri" w:cs="Calibri"/>
          <w:lang w:val="it-IT"/>
        </w:rPr>
        <w:t>POTERE</w:t>
      </w:r>
      <w:r w:rsidRPr="00A70FEF">
        <w:rPr>
          <w:rFonts w:ascii="Calibri" w:eastAsia="Calibri" w:hAnsi="Calibri" w:cs="Calibri"/>
          <w:spacing w:val="-1"/>
          <w:lang w:val="it-IT"/>
        </w:rPr>
        <w:t xml:space="preserve"> </w:t>
      </w:r>
      <w:r w:rsidRPr="00A70FEF">
        <w:rPr>
          <w:rFonts w:ascii="Calibri" w:eastAsia="Calibri" w:hAnsi="Calibri" w:cs="Calibri"/>
          <w:lang w:val="it-IT"/>
        </w:rPr>
        <w:t>DI</w:t>
      </w:r>
      <w:r w:rsidRPr="00A70FEF">
        <w:rPr>
          <w:rFonts w:ascii="Calibri" w:eastAsia="Calibri" w:hAnsi="Calibri" w:cs="Calibri"/>
          <w:spacing w:val="-1"/>
          <w:lang w:val="it-IT"/>
        </w:rPr>
        <w:t xml:space="preserve"> </w:t>
      </w:r>
      <w:r w:rsidRPr="00A70FEF">
        <w:rPr>
          <w:rFonts w:ascii="Calibri" w:eastAsia="Calibri" w:hAnsi="Calibri" w:cs="Calibri"/>
          <w:lang w:val="it-IT"/>
        </w:rPr>
        <w:t>FIRMA</w:t>
      </w: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1495"/>
        <w:gridCol w:w="1133"/>
        <w:gridCol w:w="1419"/>
        <w:gridCol w:w="1561"/>
        <w:gridCol w:w="2408"/>
      </w:tblGrid>
      <w:tr w:rsidR="00763DE4" w:rsidRPr="00A70FEF" w14:paraId="1E0FA5CC" w14:textId="77777777" w:rsidTr="00221523">
        <w:trPr>
          <w:trHeight w:val="616"/>
        </w:trPr>
        <w:tc>
          <w:tcPr>
            <w:tcW w:w="1728" w:type="dxa"/>
          </w:tcPr>
          <w:p w14:paraId="139D5D38" w14:textId="77777777" w:rsidR="00763DE4" w:rsidRPr="00A70FEF" w:rsidRDefault="00763DE4" w:rsidP="00221523">
            <w:pPr>
              <w:spacing w:before="35"/>
              <w:ind w:left="78"/>
              <w:rPr>
                <w:rFonts w:ascii="Calibri" w:hAnsi="Calibri" w:cs="Calibri"/>
                <w:lang w:val="it-IT"/>
              </w:rPr>
            </w:pPr>
            <w:r w:rsidRPr="00A70FEF">
              <w:rPr>
                <w:rFonts w:ascii="Calibri" w:hAnsi="Calibri" w:cs="Calibri"/>
                <w:lang w:val="it-IT"/>
              </w:rPr>
              <w:t>Cognome</w:t>
            </w:r>
          </w:p>
        </w:tc>
        <w:tc>
          <w:tcPr>
            <w:tcW w:w="1495" w:type="dxa"/>
          </w:tcPr>
          <w:p w14:paraId="170DFA26" w14:textId="77777777" w:rsidR="00763DE4" w:rsidRPr="00A70FEF" w:rsidRDefault="00763DE4" w:rsidP="00221523">
            <w:pPr>
              <w:spacing w:before="35"/>
              <w:ind w:left="78"/>
              <w:rPr>
                <w:rFonts w:ascii="Calibri" w:hAnsi="Calibri" w:cs="Calibri"/>
                <w:lang w:val="it-IT"/>
              </w:rPr>
            </w:pPr>
            <w:r w:rsidRPr="00A70FEF">
              <w:rPr>
                <w:rFonts w:ascii="Calibri" w:hAnsi="Calibri" w:cs="Calibri"/>
                <w:lang w:val="it-IT"/>
              </w:rPr>
              <w:t>Nome</w:t>
            </w:r>
          </w:p>
        </w:tc>
        <w:tc>
          <w:tcPr>
            <w:tcW w:w="1133" w:type="dxa"/>
          </w:tcPr>
          <w:p w14:paraId="0E423E41" w14:textId="77777777" w:rsidR="00763DE4" w:rsidRPr="00A70FEF" w:rsidRDefault="00763DE4" w:rsidP="00221523">
            <w:pPr>
              <w:spacing w:before="13" w:line="290" w:lineRule="atLeast"/>
              <w:ind w:left="76" w:right="397"/>
              <w:rPr>
                <w:rFonts w:ascii="Calibri" w:hAnsi="Calibri" w:cs="Calibri"/>
                <w:lang w:val="it-IT"/>
              </w:rPr>
            </w:pPr>
            <w:r w:rsidRPr="00A70FEF">
              <w:rPr>
                <w:rFonts w:ascii="Calibri" w:hAnsi="Calibri" w:cs="Calibri"/>
                <w:lang w:val="it-IT"/>
              </w:rPr>
              <w:t>Data</w:t>
            </w:r>
            <w:r w:rsidRPr="00A70FEF">
              <w:rPr>
                <w:rFonts w:ascii="Calibri" w:hAnsi="Calibri" w:cs="Calibri"/>
                <w:spacing w:val="1"/>
                <w:lang w:val="it-IT"/>
              </w:rPr>
              <w:t xml:space="preserve"> </w:t>
            </w:r>
            <w:r w:rsidRPr="00A70FEF">
              <w:rPr>
                <w:rFonts w:ascii="Calibri" w:hAnsi="Calibri" w:cs="Calibri"/>
                <w:lang w:val="it-IT"/>
              </w:rPr>
              <w:t>nascita</w:t>
            </w:r>
          </w:p>
        </w:tc>
        <w:tc>
          <w:tcPr>
            <w:tcW w:w="1419" w:type="dxa"/>
          </w:tcPr>
          <w:p w14:paraId="1E5AEACE" w14:textId="77777777" w:rsidR="00763DE4" w:rsidRPr="00A70FEF" w:rsidRDefault="00763DE4" w:rsidP="00221523">
            <w:pPr>
              <w:spacing w:before="13" w:line="290" w:lineRule="atLeast"/>
              <w:ind w:left="78" w:right="681"/>
              <w:rPr>
                <w:rFonts w:ascii="Calibri" w:hAnsi="Calibri" w:cs="Calibri"/>
                <w:lang w:val="it-IT"/>
              </w:rPr>
            </w:pPr>
            <w:r w:rsidRPr="00A70FEF">
              <w:rPr>
                <w:rFonts w:ascii="Calibri" w:hAnsi="Calibri" w:cs="Calibri"/>
                <w:lang w:val="it-IT"/>
              </w:rPr>
              <w:t>Luogo</w:t>
            </w:r>
            <w:r w:rsidRPr="00A70FEF">
              <w:rPr>
                <w:rFonts w:ascii="Calibri" w:hAnsi="Calibri" w:cs="Calibri"/>
                <w:spacing w:val="1"/>
                <w:lang w:val="it-IT"/>
              </w:rPr>
              <w:t xml:space="preserve"> </w:t>
            </w:r>
            <w:r w:rsidRPr="00A70FEF">
              <w:rPr>
                <w:rFonts w:ascii="Calibri" w:hAnsi="Calibri" w:cs="Calibri"/>
                <w:lang w:val="it-IT"/>
              </w:rPr>
              <w:t>nascita</w:t>
            </w:r>
          </w:p>
        </w:tc>
        <w:tc>
          <w:tcPr>
            <w:tcW w:w="1561" w:type="dxa"/>
          </w:tcPr>
          <w:p w14:paraId="20EE943D" w14:textId="77777777" w:rsidR="00763DE4" w:rsidRPr="00A70FEF" w:rsidRDefault="00763DE4" w:rsidP="00221523">
            <w:pPr>
              <w:spacing w:before="35"/>
              <w:ind w:left="75"/>
              <w:rPr>
                <w:rFonts w:ascii="Calibri" w:hAnsi="Calibri" w:cs="Calibri"/>
                <w:lang w:val="it-IT"/>
              </w:rPr>
            </w:pPr>
            <w:r w:rsidRPr="00A70FEF">
              <w:rPr>
                <w:rFonts w:ascii="Calibri" w:hAnsi="Calibri" w:cs="Calibri"/>
                <w:lang w:val="it-IT"/>
              </w:rPr>
              <w:t>Carica</w:t>
            </w:r>
            <w:r w:rsidRPr="00A70FEF">
              <w:rPr>
                <w:rFonts w:ascii="Calibri" w:hAnsi="Calibri" w:cs="Calibri"/>
                <w:spacing w:val="-3"/>
                <w:lang w:val="it-IT"/>
              </w:rPr>
              <w:t xml:space="preserve"> </w:t>
            </w:r>
            <w:r w:rsidRPr="00A70FEF">
              <w:rPr>
                <w:rFonts w:ascii="Calibri" w:hAnsi="Calibri" w:cs="Calibri"/>
                <w:lang w:val="it-IT"/>
              </w:rPr>
              <w:t>Sociale</w:t>
            </w:r>
          </w:p>
        </w:tc>
        <w:tc>
          <w:tcPr>
            <w:tcW w:w="2408" w:type="dxa"/>
          </w:tcPr>
          <w:p w14:paraId="7BB9B2DC" w14:textId="77777777" w:rsidR="00763DE4" w:rsidRPr="00A70FEF" w:rsidRDefault="00763DE4" w:rsidP="00221523">
            <w:pPr>
              <w:spacing w:before="13" w:line="290" w:lineRule="atLeast"/>
              <w:ind w:left="74" w:right="719"/>
              <w:rPr>
                <w:rFonts w:ascii="Calibri" w:hAnsi="Calibri" w:cs="Calibri"/>
                <w:lang w:val="it-IT"/>
              </w:rPr>
            </w:pPr>
            <w:r w:rsidRPr="00A70FEF">
              <w:rPr>
                <w:rFonts w:ascii="Calibri" w:hAnsi="Calibri" w:cs="Calibri"/>
                <w:lang w:val="it-IT"/>
              </w:rPr>
              <w:t>Estremi procura</w:t>
            </w:r>
            <w:r w:rsidRPr="00A70FEF">
              <w:rPr>
                <w:rFonts w:ascii="Calibri" w:hAnsi="Calibri" w:cs="Calibri"/>
                <w:spacing w:val="1"/>
                <w:lang w:val="it-IT"/>
              </w:rPr>
              <w:t xml:space="preserve"> </w:t>
            </w:r>
            <w:r w:rsidRPr="00A70FEF">
              <w:rPr>
                <w:rFonts w:ascii="Calibri" w:hAnsi="Calibri" w:cs="Calibri"/>
                <w:lang w:val="it-IT"/>
              </w:rPr>
              <w:t>generale/speciale</w:t>
            </w:r>
          </w:p>
        </w:tc>
      </w:tr>
      <w:tr w:rsidR="00763DE4" w:rsidRPr="00A70FEF" w14:paraId="32407344" w14:textId="77777777" w:rsidTr="00221523">
        <w:trPr>
          <w:trHeight w:val="486"/>
        </w:trPr>
        <w:tc>
          <w:tcPr>
            <w:tcW w:w="1728" w:type="dxa"/>
          </w:tcPr>
          <w:p w14:paraId="595850F5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1495" w:type="dxa"/>
          </w:tcPr>
          <w:p w14:paraId="2C26BCA5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1133" w:type="dxa"/>
          </w:tcPr>
          <w:p w14:paraId="651FC029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1419" w:type="dxa"/>
          </w:tcPr>
          <w:p w14:paraId="0E1BC3E8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1561" w:type="dxa"/>
          </w:tcPr>
          <w:p w14:paraId="5A375B0B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08" w:type="dxa"/>
          </w:tcPr>
          <w:p w14:paraId="18ACA4F1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</w:tr>
      <w:tr w:rsidR="00763DE4" w:rsidRPr="00A70FEF" w14:paraId="3728CEBD" w14:textId="77777777" w:rsidTr="00221523">
        <w:trPr>
          <w:trHeight w:val="489"/>
        </w:trPr>
        <w:tc>
          <w:tcPr>
            <w:tcW w:w="1728" w:type="dxa"/>
          </w:tcPr>
          <w:p w14:paraId="6D92B6A4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1495" w:type="dxa"/>
          </w:tcPr>
          <w:p w14:paraId="3075A199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1133" w:type="dxa"/>
          </w:tcPr>
          <w:p w14:paraId="2BC53357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1419" w:type="dxa"/>
          </w:tcPr>
          <w:p w14:paraId="474F5264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1561" w:type="dxa"/>
          </w:tcPr>
          <w:p w14:paraId="4918B299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08" w:type="dxa"/>
          </w:tcPr>
          <w:p w14:paraId="5388837A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</w:tr>
      <w:tr w:rsidR="00763DE4" w:rsidRPr="00A70FEF" w14:paraId="76D3F883" w14:textId="77777777" w:rsidTr="00221523">
        <w:trPr>
          <w:trHeight w:val="486"/>
        </w:trPr>
        <w:tc>
          <w:tcPr>
            <w:tcW w:w="1728" w:type="dxa"/>
          </w:tcPr>
          <w:p w14:paraId="33900652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1495" w:type="dxa"/>
          </w:tcPr>
          <w:p w14:paraId="374F5394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1133" w:type="dxa"/>
          </w:tcPr>
          <w:p w14:paraId="79461BCB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1419" w:type="dxa"/>
          </w:tcPr>
          <w:p w14:paraId="11A54272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1561" w:type="dxa"/>
          </w:tcPr>
          <w:p w14:paraId="0BF2C118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08" w:type="dxa"/>
          </w:tcPr>
          <w:p w14:paraId="7AE6799A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</w:tr>
    </w:tbl>
    <w:p w14:paraId="3CF1A543" w14:textId="77777777" w:rsidR="00763DE4" w:rsidRPr="00A70FEF" w:rsidRDefault="00763DE4" w:rsidP="00763DE4">
      <w:pPr>
        <w:widowControl w:val="0"/>
        <w:autoSpaceDE w:val="0"/>
        <w:autoSpaceDN w:val="0"/>
        <w:spacing w:before="10" w:after="0" w:line="240" w:lineRule="auto"/>
        <w:rPr>
          <w:rFonts w:ascii="Calibri" w:eastAsia="Calibri" w:hAnsi="Calibri" w:cs="Calibri"/>
          <w:sz w:val="25"/>
          <w:lang w:val="it-IT"/>
        </w:rPr>
      </w:pPr>
    </w:p>
    <w:p w14:paraId="1D5DD5EE" w14:textId="77777777" w:rsidR="00763DE4" w:rsidRPr="00A70FEF" w:rsidRDefault="00763DE4" w:rsidP="00763DE4">
      <w:pPr>
        <w:widowControl w:val="0"/>
        <w:numPr>
          <w:ilvl w:val="1"/>
          <w:numId w:val="10"/>
        </w:numPr>
        <w:tabs>
          <w:tab w:val="left" w:pos="627"/>
        </w:tabs>
        <w:autoSpaceDE w:val="0"/>
        <w:autoSpaceDN w:val="0"/>
        <w:spacing w:before="1" w:after="20" w:line="240" w:lineRule="auto"/>
        <w:ind w:left="626" w:hanging="335"/>
        <w:rPr>
          <w:rFonts w:ascii="Calibri" w:eastAsia="Calibri" w:hAnsi="Calibri" w:cs="Calibri"/>
          <w:lang w:val="it-IT"/>
        </w:rPr>
      </w:pPr>
      <w:r w:rsidRPr="00A70FEF">
        <w:rPr>
          <w:rFonts w:ascii="Calibri" w:eastAsia="Calibri" w:hAnsi="Calibri" w:cs="Calibri"/>
          <w:lang w:val="it-IT"/>
        </w:rPr>
        <w:t>Che</w:t>
      </w:r>
      <w:r w:rsidRPr="00A70FEF">
        <w:rPr>
          <w:rFonts w:ascii="Calibri" w:eastAsia="Calibri" w:hAnsi="Calibri" w:cs="Calibri"/>
          <w:spacing w:val="-3"/>
          <w:lang w:val="it-IT"/>
        </w:rPr>
        <w:t xml:space="preserve"> </w:t>
      </w:r>
      <w:r w:rsidRPr="00A70FEF">
        <w:rPr>
          <w:rFonts w:ascii="Calibri" w:eastAsia="Calibri" w:hAnsi="Calibri" w:cs="Calibri"/>
          <w:lang w:val="it-IT"/>
        </w:rPr>
        <w:t>attualmente i</w:t>
      </w:r>
      <w:r w:rsidRPr="00A70FEF">
        <w:rPr>
          <w:rFonts w:ascii="Calibri" w:eastAsia="Calibri" w:hAnsi="Calibri" w:cs="Calibri"/>
          <w:spacing w:val="-1"/>
          <w:lang w:val="it-IT"/>
        </w:rPr>
        <w:t xml:space="preserve"> </w:t>
      </w:r>
      <w:r w:rsidRPr="00A70FEF">
        <w:rPr>
          <w:rFonts w:ascii="Calibri" w:eastAsia="Calibri" w:hAnsi="Calibri" w:cs="Calibri"/>
          <w:lang w:val="it-IT"/>
        </w:rPr>
        <w:t>soci</w:t>
      </w:r>
      <w:r w:rsidRPr="00A70FEF">
        <w:rPr>
          <w:rFonts w:ascii="Calibri" w:eastAsia="Calibri" w:hAnsi="Calibri" w:cs="Calibri"/>
          <w:spacing w:val="-4"/>
          <w:lang w:val="it-IT"/>
        </w:rPr>
        <w:t xml:space="preserve"> </w:t>
      </w:r>
      <w:r w:rsidRPr="00A70FEF">
        <w:rPr>
          <w:rFonts w:ascii="Calibri" w:eastAsia="Calibri" w:hAnsi="Calibri" w:cs="Calibri"/>
          <w:lang w:val="it-IT"/>
        </w:rPr>
        <w:t>sono</w:t>
      </w:r>
      <w:r w:rsidRPr="00A70FEF">
        <w:rPr>
          <w:rFonts w:ascii="Calibri" w:eastAsia="Calibri" w:hAnsi="Calibri" w:cs="Calibri"/>
          <w:spacing w:val="-1"/>
          <w:lang w:val="it-IT"/>
        </w:rPr>
        <w:t xml:space="preserve"> </w:t>
      </w:r>
      <w:r w:rsidRPr="00A70FEF">
        <w:rPr>
          <w:rFonts w:ascii="Calibri" w:eastAsia="Calibri" w:hAnsi="Calibri" w:cs="Calibri"/>
          <w:lang w:val="it-IT"/>
        </w:rPr>
        <w:t>i</w:t>
      </w:r>
      <w:r w:rsidRPr="00A70FEF">
        <w:rPr>
          <w:rFonts w:ascii="Calibri" w:eastAsia="Calibri" w:hAnsi="Calibri" w:cs="Calibri"/>
          <w:spacing w:val="-1"/>
          <w:lang w:val="it-IT"/>
        </w:rPr>
        <w:t xml:space="preserve"> </w:t>
      </w:r>
      <w:r w:rsidRPr="00A70FEF">
        <w:rPr>
          <w:rFonts w:ascii="Calibri" w:eastAsia="Calibri" w:hAnsi="Calibri" w:cs="Calibri"/>
          <w:lang w:val="it-IT"/>
        </w:rPr>
        <w:t>Signori:</w:t>
      </w: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43"/>
        <w:gridCol w:w="2448"/>
        <w:gridCol w:w="2441"/>
        <w:gridCol w:w="2448"/>
      </w:tblGrid>
      <w:tr w:rsidR="00763DE4" w:rsidRPr="00A70FEF" w14:paraId="5D107565" w14:textId="77777777" w:rsidTr="00221523">
        <w:trPr>
          <w:trHeight w:val="330"/>
        </w:trPr>
        <w:tc>
          <w:tcPr>
            <w:tcW w:w="2443" w:type="dxa"/>
          </w:tcPr>
          <w:p w14:paraId="33E4D617" w14:textId="77777777" w:rsidR="00763DE4" w:rsidRPr="00A70FEF" w:rsidRDefault="00763DE4" w:rsidP="00221523">
            <w:pPr>
              <w:spacing w:before="37"/>
              <w:ind w:left="74"/>
              <w:rPr>
                <w:rFonts w:ascii="Calibri" w:hAnsi="Calibri" w:cs="Calibri"/>
                <w:lang w:val="it-IT"/>
              </w:rPr>
            </w:pPr>
            <w:r w:rsidRPr="00A70FEF">
              <w:rPr>
                <w:rFonts w:ascii="Calibri" w:hAnsi="Calibri" w:cs="Calibri"/>
                <w:lang w:val="it-IT"/>
              </w:rPr>
              <w:t>Cognome</w:t>
            </w:r>
          </w:p>
        </w:tc>
        <w:tc>
          <w:tcPr>
            <w:tcW w:w="2448" w:type="dxa"/>
          </w:tcPr>
          <w:p w14:paraId="6CF606E5" w14:textId="77777777" w:rsidR="00763DE4" w:rsidRPr="00A70FEF" w:rsidRDefault="00763DE4" w:rsidP="00221523">
            <w:pPr>
              <w:spacing w:before="37"/>
              <w:ind w:left="74"/>
              <w:rPr>
                <w:rFonts w:ascii="Calibri" w:hAnsi="Calibri" w:cs="Calibri"/>
                <w:lang w:val="it-IT"/>
              </w:rPr>
            </w:pPr>
            <w:r w:rsidRPr="00A70FEF">
              <w:rPr>
                <w:rFonts w:ascii="Calibri" w:hAnsi="Calibri" w:cs="Calibri"/>
                <w:lang w:val="it-IT"/>
              </w:rPr>
              <w:t>Nome</w:t>
            </w:r>
          </w:p>
        </w:tc>
        <w:tc>
          <w:tcPr>
            <w:tcW w:w="2441" w:type="dxa"/>
          </w:tcPr>
          <w:p w14:paraId="35737787" w14:textId="77777777" w:rsidR="00763DE4" w:rsidRPr="00A70FEF" w:rsidRDefault="00763DE4" w:rsidP="00221523">
            <w:pPr>
              <w:spacing w:before="37"/>
              <w:ind w:left="69"/>
              <w:rPr>
                <w:rFonts w:ascii="Calibri" w:hAnsi="Calibri" w:cs="Calibri"/>
                <w:lang w:val="it-IT"/>
              </w:rPr>
            </w:pPr>
            <w:r w:rsidRPr="00A70FEF">
              <w:rPr>
                <w:rFonts w:ascii="Calibri" w:hAnsi="Calibri" w:cs="Calibri"/>
                <w:lang w:val="it-IT"/>
              </w:rPr>
              <w:t>Data</w:t>
            </w:r>
            <w:r w:rsidRPr="00A70FEF">
              <w:rPr>
                <w:rFonts w:ascii="Calibri" w:hAnsi="Calibri" w:cs="Calibri"/>
                <w:spacing w:val="-1"/>
                <w:lang w:val="it-IT"/>
              </w:rPr>
              <w:t xml:space="preserve"> </w:t>
            </w:r>
            <w:r w:rsidRPr="00A70FEF">
              <w:rPr>
                <w:rFonts w:ascii="Calibri" w:hAnsi="Calibri" w:cs="Calibri"/>
                <w:lang w:val="it-IT"/>
              </w:rPr>
              <w:t>di</w:t>
            </w:r>
            <w:r w:rsidRPr="00A70FEF">
              <w:rPr>
                <w:rFonts w:ascii="Calibri" w:hAnsi="Calibri" w:cs="Calibri"/>
                <w:spacing w:val="-1"/>
                <w:lang w:val="it-IT"/>
              </w:rPr>
              <w:t xml:space="preserve"> </w:t>
            </w:r>
            <w:r w:rsidRPr="00A70FEF">
              <w:rPr>
                <w:rFonts w:ascii="Calibri" w:hAnsi="Calibri" w:cs="Calibri"/>
                <w:lang w:val="it-IT"/>
              </w:rPr>
              <w:t>nascita</w:t>
            </w:r>
          </w:p>
        </w:tc>
        <w:tc>
          <w:tcPr>
            <w:tcW w:w="2448" w:type="dxa"/>
          </w:tcPr>
          <w:p w14:paraId="29BD4518" w14:textId="77777777" w:rsidR="00763DE4" w:rsidRPr="00A70FEF" w:rsidRDefault="00763DE4" w:rsidP="00221523">
            <w:pPr>
              <w:spacing w:before="37"/>
              <w:ind w:left="74"/>
              <w:rPr>
                <w:rFonts w:ascii="Calibri" w:hAnsi="Calibri" w:cs="Calibri"/>
                <w:lang w:val="it-IT"/>
              </w:rPr>
            </w:pPr>
            <w:r w:rsidRPr="00A70FEF">
              <w:rPr>
                <w:rFonts w:ascii="Calibri" w:hAnsi="Calibri" w:cs="Calibri"/>
                <w:lang w:val="it-IT"/>
              </w:rPr>
              <w:t>Luogo</w:t>
            </w:r>
            <w:r w:rsidRPr="00A70FEF">
              <w:rPr>
                <w:rFonts w:ascii="Calibri" w:hAnsi="Calibri" w:cs="Calibri"/>
                <w:spacing w:val="-1"/>
                <w:lang w:val="it-IT"/>
              </w:rPr>
              <w:t xml:space="preserve"> </w:t>
            </w:r>
            <w:r w:rsidRPr="00A70FEF">
              <w:rPr>
                <w:rFonts w:ascii="Calibri" w:hAnsi="Calibri" w:cs="Calibri"/>
                <w:lang w:val="it-IT"/>
              </w:rPr>
              <w:t>di nascita</w:t>
            </w:r>
          </w:p>
        </w:tc>
      </w:tr>
      <w:tr w:rsidR="00763DE4" w:rsidRPr="00A70FEF" w14:paraId="6CF55F12" w14:textId="77777777" w:rsidTr="00221523">
        <w:trPr>
          <w:trHeight w:val="489"/>
        </w:trPr>
        <w:tc>
          <w:tcPr>
            <w:tcW w:w="2443" w:type="dxa"/>
          </w:tcPr>
          <w:p w14:paraId="5B748F10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21A13DD1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1" w:type="dxa"/>
          </w:tcPr>
          <w:p w14:paraId="41CD4F12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7C5F3EB3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</w:tr>
      <w:tr w:rsidR="00763DE4" w:rsidRPr="00A70FEF" w14:paraId="24366EE7" w14:textId="77777777" w:rsidTr="00221523">
        <w:trPr>
          <w:trHeight w:val="489"/>
        </w:trPr>
        <w:tc>
          <w:tcPr>
            <w:tcW w:w="2443" w:type="dxa"/>
          </w:tcPr>
          <w:p w14:paraId="1C4D3418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58D44E9D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1" w:type="dxa"/>
          </w:tcPr>
          <w:p w14:paraId="63D8CB54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0EFD3DBF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</w:tr>
      <w:tr w:rsidR="00763DE4" w:rsidRPr="00A70FEF" w14:paraId="46DDB5CA" w14:textId="77777777" w:rsidTr="00221523">
        <w:trPr>
          <w:trHeight w:val="491"/>
        </w:trPr>
        <w:tc>
          <w:tcPr>
            <w:tcW w:w="2443" w:type="dxa"/>
          </w:tcPr>
          <w:p w14:paraId="57495554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335B674F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1" w:type="dxa"/>
          </w:tcPr>
          <w:p w14:paraId="54971BD6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4413CE4A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</w:tr>
      <w:tr w:rsidR="00763DE4" w:rsidRPr="00A70FEF" w14:paraId="7713B96A" w14:textId="77777777" w:rsidTr="00221523">
        <w:trPr>
          <w:trHeight w:val="489"/>
        </w:trPr>
        <w:tc>
          <w:tcPr>
            <w:tcW w:w="2443" w:type="dxa"/>
          </w:tcPr>
          <w:p w14:paraId="4293D61B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3C89ADD7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1" w:type="dxa"/>
          </w:tcPr>
          <w:p w14:paraId="08DED764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67F9D956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</w:tr>
      <w:tr w:rsidR="00763DE4" w:rsidRPr="00A70FEF" w14:paraId="160B2488" w14:textId="77777777" w:rsidTr="00221523">
        <w:trPr>
          <w:trHeight w:val="489"/>
        </w:trPr>
        <w:tc>
          <w:tcPr>
            <w:tcW w:w="2443" w:type="dxa"/>
          </w:tcPr>
          <w:p w14:paraId="4ABD1D68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541DE909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1" w:type="dxa"/>
          </w:tcPr>
          <w:p w14:paraId="1A81D856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02551B76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</w:tr>
      <w:tr w:rsidR="00763DE4" w:rsidRPr="00A70FEF" w14:paraId="77FAC0B8" w14:textId="77777777" w:rsidTr="00221523">
        <w:trPr>
          <w:trHeight w:val="489"/>
        </w:trPr>
        <w:tc>
          <w:tcPr>
            <w:tcW w:w="2443" w:type="dxa"/>
          </w:tcPr>
          <w:p w14:paraId="448544C2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47AB9EAB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1" w:type="dxa"/>
          </w:tcPr>
          <w:p w14:paraId="1DF2D7F2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08531FE1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</w:tr>
      <w:tr w:rsidR="00763DE4" w:rsidRPr="00A70FEF" w14:paraId="46B88004" w14:textId="77777777" w:rsidTr="00221523">
        <w:trPr>
          <w:trHeight w:val="491"/>
        </w:trPr>
        <w:tc>
          <w:tcPr>
            <w:tcW w:w="2443" w:type="dxa"/>
          </w:tcPr>
          <w:p w14:paraId="69C045B5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103F1C21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1" w:type="dxa"/>
          </w:tcPr>
          <w:p w14:paraId="6026DCA0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4DEAE0A2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</w:tr>
      <w:tr w:rsidR="00763DE4" w:rsidRPr="00A70FEF" w14:paraId="3262BAB6" w14:textId="77777777" w:rsidTr="00221523">
        <w:trPr>
          <w:trHeight w:val="489"/>
        </w:trPr>
        <w:tc>
          <w:tcPr>
            <w:tcW w:w="2443" w:type="dxa"/>
          </w:tcPr>
          <w:p w14:paraId="2F13F923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2C498BD5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1" w:type="dxa"/>
          </w:tcPr>
          <w:p w14:paraId="1C86353C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63B503E1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</w:tr>
      <w:tr w:rsidR="00763DE4" w:rsidRPr="00A70FEF" w14:paraId="0FC1F562" w14:textId="77777777" w:rsidTr="00221523">
        <w:trPr>
          <w:trHeight w:val="489"/>
        </w:trPr>
        <w:tc>
          <w:tcPr>
            <w:tcW w:w="2443" w:type="dxa"/>
          </w:tcPr>
          <w:p w14:paraId="10A1A825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24BC469F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1" w:type="dxa"/>
          </w:tcPr>
          <w:p w14:paraId="65EDF78F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753F12D2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</w:tr>
      <w:tr w:rsidR="00763DE4" w:rsidRPr="00A70FEF" w14:paraId="1F890F07" w14:textId="77777777" w:rsidTr="00221523">
        <w:trPr>
          <w:trHeight w:val="489"/>
        </w:trPr>
        <w:tc>
          <w:tcPr>
            <w:tcW w:w="2443" w:type="dxa"/>
          </w:tcPr>
          <w:p w14:paraId="1EEF6414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60DF24F0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1" w:type="dxa"/>
          </w:tcPr>
          <w:p w14:paraId="6B98E493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6385CFFD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</w:tr>
      <w:tr w:rsidR="00763DE4" w:rsidRPr="00A70FEF" w14:paraId="3C4A1271" w14:textId="77777777" w:rsidTr="00221523">
        <w:trPr>
          <w:trHeight w:val="491"/>
        </w:trPr>
        <w:tc>
          <w:tcPr>
            <w:tcW w:w="2443" w:type="dxa"/>
          </w:tcPr>
          <w:p w14:paraId="68124B85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20E80E33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1" w:type="dxa"/>
          </w:tcPr>
          <w:p w14:paraId="01758F0D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15FD9501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</w:tr>
      <w:tr w:rsidR="00763DE4" w:rsidRPr="00A70FEF" w14:paraId="69D47D08" w14:textId="77777777" w:rsidTr="00221523">
        <w:trPr>
          <w:trHeight w:val="489"/>
        </w:trPr>
        <w:tc>
          <w:tcPr>
            <w:tcW w:w="2443" w:type="dxa"/>
          </w:tcPr>
          <w:p w14:paraId="00B25E8C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55E1C26D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1" w:type="dxa"/>
          </w:tcPr>
          <w:p w14:paraId="50ECB7D3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2454F1FF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</w:tr>
      <w:tr w:rsidR="00763DE4" w:rsidRPr="00A70FEF" w14:paraId="08CC2C9D" w14:textId="77777777" w:rsidTr="00221523">
        <w:trPr>
          <w:trHeight w:val="489"/>
        </w:trPr>
        <w:tc>
          <w:tcPr>
            <w:tcW w:w="2443" w:type="dxa"/>
          </w:tcPr>
          <w:p w14:paraId="17CD7AFE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40F42902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1" w:type="dxa"/>
          </w:tcPr>
          <w:p w14:paraId="71D5F72F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3878AE86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</w:tr>
      <w:tr w:rsidR="00763DE4" w:rsidRPr="00A70FEF" w14:paraId="0FB5AA08" w14:textId="77777777" w:rsidTr="00221523">
        <w:trPr>
          <w:trHeight w:val="489"/>
        </w:trPr>
        <w:tc>
          <w:tcPr>
            <w:tcW w:w="2443" w:type="dxa"/>
          </w:tcPr>
          <w:p w14:paraId="1BD84606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5303167E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1" w:type="dxa"/>
          </w:tcPr>
          <w:p w14:paraId="3882B019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08AA7E23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</w:tr>
      <w:tr w:rsidR="00763DE4" w:rsidRPr="00A70FEF" w14:paraId="0AAA110E" w14:textId="77777777" w:rsidTr="00221523">
        <w:trPr>
          <w:trHeight w:val="491"/>
        </w:trPr>
        <w:tc>
          <w:tcPr>
            <w:tcW w:w="2443" w:type="dxa"/>
          </w:tcPr>
          <w:p w14:paraId="4748B9EA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4C112B03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1" w:type="dxa"/>
          </w:tcPr>
          <w:p w14:paraId="49ABE63C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62AC64F6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</w:tr>
    </w:tbl>
    <w:p w14:paraId="3F01749D" w14:textId="77777777" w:rsidR="00763DE4" w:rsidRDefault="00763DE4"/>
    <w:p w14:paraId="08042037" w14:textId="77777777" w:rsidR="00763DE4" w:rsidRDefault="00763DE4"/>
    <w:p w14:paraId="42072213" w14:textId="77777777" w:rsidR="00763DE4" w:rsidRDefault="00763DE4"/>
    <w:p w14:paraId="5B562577" w14:textId="01E1BC7F" w:rsidR="00763DE4" w:rsidRDefault="00763DE4" w:rsidP="00763DE4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Lì, _____________</w:t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</w:t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 w:rsidRPr="00B60DD4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>Firma</w:t>
      </w:r>
      <w:r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 xml:space="preserve"> del dichiarante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</w:t>
      </w:r>
    </w:p>
    <w:p w14:paraId="7D4F9E77" w14:textId="245D7EAC" w:rsidR="005242D8" w:rsidRPr="00B60DD4" w:rsidRDefault="005242D8" w:rsidP="00763DE4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  <w:t>__________________________</w:t>
      </w:r>
    </w:p>
    <w:p w14:paraId="3FE550B6" w14:textId="77777777" w:rsidR="00763DE4" w:rsidRDefault="00763DE4"/>
    <w:sectPr w:rsidR="00763DE4" w:rsidSect="00763DE4">
      <w:pgSz w:w="11900" w:h="16840" w:code="9"/>
      <w:pgMar w:top="1417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3CDD05" w14:textId="77777777" w:rsidR="005242D8" w:rsidRDefault="005242D8">
      <w:pPr>
        <w:spacing w:after="0" w:line="240" w:lineRule="auto"/>
      </w:pPr>
      <w:r>
        <w:separator/>
      </w:r>
    </w:p>
  </w:endnote>
  <w:endnote w:type="continuationSeparator" w:id="0">
    <w:p w14:paraId="1C2D6743" w14:textId="77777777" w:rsidR="005242D8" w:rsidRDefault="005242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F5ECBE" w14:textId="77777777" w:rsidR="005242D8" w:rsidRDefault="005242D8">
      <w:pPr>
        <w:spacing w:after="0" w:line="240" w:lineRule="auto"/>
      </w:pPr>
      <w:r>
        <w:separator/>
      </w:r>
    </w:p>
  </w:footnote>
  <w:footnote w:type="continuationSeparator" w:id="0">
    <w:p w14:paraId="2D92B706" w14:textId="77777777" w:rsidR="005242D8" w:rsidRDefault="005242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04B74" w14:textId="77777777" w:rsidR="00763DE4" w:rsidRDefault="00763DE4">
    <w:pPr>
      <w:pStyle w:val="Corpotes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CCC237C"/>
    <w:multiLevelType w:val="hybridMultilevel"/>
    <w:tmpl w:val="360A961E"/>
    <w:lvl w:ilvl="0" w:tplc="AFBC55C2">
      <w:numFmt w:val="bullet"/>
      <w:lvlText w:val="□"/>
      <w:lvlJc w:val="left"/>
      <w:pPr>
        <w:ind w:left="292" w:hanging="118"/>
      </w:pPr>
      <w:rPr>
        <w:rFonts w:ascii="Courier New" w:eastAsia="Courier New" w:hAnsi="Courier New" w:cs="Courier New" w:hint="default"/>
        <w:w w:val="100"/>
        <w:sz w:val="22"/>
        <w:szCs w:val="22"/>
        <w:lang w:val="it-IT" w:eastAsia="en-US" w:bidi="ar-SA"/>
      </w:rPr>
    </w:lvl>
    <w:lvl w:ilvl="1" w:tplc="FFFFFFFF">
      <w:numFmt w:val="bullet"/>
      <w:lvlText w:val="•"/>
      <w:lvlJc w:val="left"/>
      <w:pPr>
        <w:ind w:left="600" w:hanging="118"/>
      </w:pPr>
      <w:rPr>
        <w:rFonts w:hint="default"/>
        <w:lang w:val="it-IT" w:eastAsia="en-US" w:bidi="ar-SA"/>
      </w:rPr>
    </w:lvl>
    <w:lvl w:ilvl="2" w:tplc="FFFFFFFF">
      <w:numFmt w:val="bullet"/>
      <w:lvlText w:val="•"/>
      <w:lvlJc w:val="left"/>
      <w:pPr>
        <w:ind w:left="901" w:hanging="118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1201" w:hanging="118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1502" w:hanging="118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1803" w:hanging="118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2103" w:hanging="118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2404" w:hanging="118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2705" w:hanging="118"/>
      </w:pPr>
      <w:rPr>
        <w:rFonts w:hint="default"/>
        <w:lang w:val="it-IT" w:eastAsia="en-US" w:bidi="ar-SA"/>
      </w:rPr>
    </w:lvl>
  </w:abstractNum>
  <w:abstractNum w:abstractNumId="10" w15:restartNumberingAfterBreak="0">
    <w:nsid w:val="54783B6D"/>
    <w:multiLevelType w:val="multilevel"/>
    <w:tmpl w:val="CD34E27E"/>
    <w:lvl w:ilvl="0">
      <w:start w:val="1"/>
      <w:numFmt w:val="decimal"/>
      <w:lvlText w:val="%1."/>
      <w:lvlJc w:val="left"/>
      <w:pPr>
        <w:ind w:left="648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288" w:hanging="334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it-IT" w:eastAsia="en-US" w:bidi="ar-SA"/>
      </w:rPr>
    </w:lvl>
    <w:lvl w:ilvl="2">
      <w:numFmt w:val="bullet"/>
      <w:lvlText w:val="•"/>
      <w:lvlJc w:val="left"/>
      <w:pPr>
        <w:ind w:left="1702" w:hanging="334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2764" w:hanging="334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3826" w:hanging="334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4888" w:hanging="334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5951" w:hanging="334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013" w:hanging="334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075" w:hanging="334"/>
      </w:pPr>
      <w:rPr>
        <w:rFonts w:hint="default"/>
        <w:lang w:val="it-IT" w:eastAsia="en-US" w:bidi="ar-SA"/>
      </w:rPr>
    </w:lvl>
  </w:abstractNum>
  <w:num w:numId="1" w16cid:durableId="168758990">
    <w:abstractNumId w:val="8"/>
  </w:num>
  <w:num w:numId="2" w16cid:durableId="535198398">
    <w:abstractNumId w:val="6"/>
  </w:num>
  <w:num w:numId="3" w16cid:durableId="103504064">
    <w:abstractNumId w:val="5"/>
  </w:num>
  <w:num w:numId="4" w16cid:durableId="1431773948">
    <w:abstractNumId w:val="4"/>
  </w:num>
  <w:num w:numId="5" w16cid:durableId="1042172921">
    <w:abstractNumId w:val="7"/>
  </w:num>
  <w:num w:numId="6" w16cid:durableId="2084863638">
    <w:abstractNumId w:val="3"/>
  </w:num>
  <w:num w:numId="7" w16cid:durableId="347483857">
    <w:abstractNumId w:val="2"/>
  </w:num>
  <w:num w:numId="8" w16cid:durableId="1110275577">
    <w:abstractNumId w:val="1"/>
  </w:num>
  <w:num w:numId="9" w16cid:durableId="1487672001">
    <w:abstractNumId w:val="0"/>
  </w:num>
  <w:num w:numId="10" w16cid:durableId="295110245">
    <w:abstractNumId w:val="10"/>
  </w:num>
  <w:num w:numId="11" w16cid:durableId="210503217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527E7"/>
    <w:rsid w:val="0006063C"/>
    <w:rsid w:val="0015074B"/>
    <w:rsid w:val="0029639D"/>
    <w:rsid w:val="002967F9"/>
    <w:rsid w:val="00326F90"/>
    <w:rsid w:val="005242D8"/>
    <w:rsid w:val="00763DE4"/>
    <w:rsid w:val="00AA1D8D"/>
    <w:rsid w:val="00B47730"/>
    <w:rsid w:val="00C97712"/>
    <w:rsid w:val="00CB0664"/>
    <w:rsid w:val="00E87D85"/>
    <w:rsid w:val="00EC0499"/>
    <w:rsid w:val="00F938B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58E8DE"/>
  <w14:defaultImageDpi w14:val="300"/>
  <w15:docId w15:val="{7F0B6F17-4DF1-4C98-9C91-E5BA14035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TableNormal">
    <w:name w:val="Table Normal"/>
    <w:uiPriority w:val="2"/>
    <w:semiHidden/>
    <w:unhideWhenUsed/>
    <w:qFormat/>
    <w:rsid w:val="00763DE4"/>
    <w:pPr>
      <w:widowControl w:val="0"/>
      <w:autoSpaceDE w:val="0"/>
      <w:autoSpaceDN w:val="0"/>
      <w:spacing w:after="0" w:line="240" w:lineRule="auto"/>
    </w:pPr>
    <w:rPr>
      <w:rFonts w:eastAsia="Calibr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763DE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1819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Desiree Vezzola</cp:lastModifiedBy>
  <cp:revision>5</cp:revision>
  <dcterms:created xsi:type="dcterms:W3CDTF">2013-12-23T23:15:00Z</dcterms:created>
  <dcterms:modified xsi:type="dcterms:W3CDTF">2025-12-30T16:46:00Z</dcterms:modified>
  <cp:category/>
</cp:coreProperties>
</file>